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Pattaya, Chonburi, Thailand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Thai city that defies expectations — from a towering all-wood temple on the ocean to golden Buddhas carved into cliffs, Pattaya delivers genuine wonder alongside its famous beach-resort energy.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(Laem Chabang) · 🕒 Typical call: 8-10 hrs · 💵 Thai Baht (THB) · 🗣️ Thai (English widely spoken in tourist areas) · 🚌 30 km shuttle/taxi to Pattaya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Laem Chabang International Terminal, ~30 km from Pattaya; smaller ships occasionally tender to Bali Hai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shuttle, taxi, or ship excursion required from Laem Chabang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Temple culture, beach day on Koh Larn, botanical gardens, street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Sanctuary of Truth — a 105m all-wood hand-carved temple on the sea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฿180–฿1,200 — Metered taxis are available outside the terminal but many drivers prefer a negotiated flat fare around ฿1,200 for the po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Sanctuary of Truth — </w:t>
      </w:r>
      <w:r>
        <w:rPr>
          <w:rFonts w:ascii="Arial" w:hAnsi="Arial" w:cs="Arial"/>
          <w:b w:val="0"/>
          <w:i w:val="0"/>
          <w:sz w:val="20"/>
        </w:rPr>
        <w:t>A 105-meter all-wooden temple covered in intricate Buddhist and Hindu carvings — still under construction after 40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Koh Larn (Coral Island) — </w:t>
      </w:r>
      <w:r>
        <w:rPr>
          <w:rFonts w:ascii="Arial" w:hAnsi="Arial" w:cs="Arial"/>
          <w:b w:val="0"/>
          <w:i w:val="0"/>
          <w:sz w:val="20"/>
        </w:rPr>
        <w:t>45 minutes by public ferry from Bali Hai Pier (note: ferry departs from Pattaya, not from Laem Chabang).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Nong Nooch Tropical Botanical Garden — </w:t>
      </w:r>
      <w:r>
        <w:rPr>
          <w:rFonts w:ascii="Arial" w:hAnsi="Arial" w:cs="Arial"/>
          <w:b w:val="0"/>
          <w:i w:val="0"/>
          <w:sz w:val="20"/>
        </w:rPr>
        <w:t>A 500-acre award-winning park with French garden terraces, dinosaur valley, Stonehenge replica, and daily Thai cultural shows.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Buddha Mountain (Khao Chi Chan) — </w:t>
      </w:r>
      <w:r>
        <w:rPr>
          <w:rFonts w:ascii="Arial" w:hAnsi="Arial" w:cs="Arial"/>
          <w:b w:val="0"/>
          <w:i w:val="0"/>
          <w:sz w:val="20"/>
        </w:rPr>
        <w:t>A 109-meter Buddha image laser-etched in gold leaf onto a massive limestone cliff, surrounded by serene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 Phra Yai — Big Buddha Temple — </w:t>
      </w:r>
      <w:r>
        <w:rPr>
          <w:rFonts w:ascii="Arial" w:hAnsi="Arial" w:cs="Arial"/>
          <w:b w:val="0"/>
          <w:i w:val="0"/>
          <w:sz w:val="20"/>
        </w:rPr>
        <w:t>An 18-meter golden Buddha atop Pratumnak Hill with sweeping views over Pattaya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Pattaya Beach Road to Big Buddha: </w:t>
      </w:r>
      <w:r>
        <w:rPr>
          <w:rFonts w:ascii="Arial" w:hAnsi="Arial" w:cs="Arial"/>
          <w:b w:val="0"/>
          <w:i w:val="0"/>
          <w:sz w:val="20"/>
        </w:rPr>
        <w:t>3 km | Easy | 45 min walk or 5 min songthaew — Stroll south along Beach Road past the crescent beach, then take a blue songthaew up Pratumnak Hill…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Sanctuary of Truth Coastal Walk: </w:t>
      </w:r>
      <w:r>
        <w:rPr>
          <w:rFonts w:ascii="Arial" w:hAnsi="Arial" w:cs="Arial"/>
          <w:b w:val="0"/>
          <w:i w:val="0"/>
          <w:sz w:val="20"/>
        </w:rPr>
        <w:t>1.5 km | Easy | 20 min — After visiting the Sanctuary of Truth, walk south along the beach path past fishing boats toward…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5:51AM–6:34PM · Jul 5:58AM–6:46PM · Sep 6:05AM–6:17PM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cruiseports.org/pattaya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Pattaya, Chonburi, Thailand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ttay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Chai Mongkron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Santikham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 Siam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In Paradise Pattaya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Tha Kradan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Nong Prue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 of Chumphon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Big Bee Farm Pattaya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