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Patreksfjörður, Westfjords, Iceland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Iceland's most remote cruise calls, Patreksfjörður is the gateway to cliffs at the edge of Europe, million-seabird colonies, and a waterfall that looks like a bridal veil draped over a mountain.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Tender (large ships) · 🕒 Typical call: 8–10 hrs · 💳 Cashless — cards &amp; contactless only · 🗣️ Icelandic / English widely spoken · 🐦 Puffin season: May–mid-Aug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230 m pier for ships up to ~200 m; larger ships tender (5–10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 min from cruise pier; town is small and flat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Bird cliffs, waterfalls, geothermal pools, remote wilderness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Látrabjarg puffin cliffs or Dynjandi waterfall — book excursions early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~$160–200 to Látrabjarg (56 km) — Taxis are extremely limited and must be pre-arranged. Vitos.is offers taxi and day-tour service in the Westfjords; rates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Látrabjarg Bird Cliffs &amp; Puffins — </w:t>
      </w:r>
      <w:r>
        <w:rPr>
          <w:rFonts w:ascii="Arial" w:hAnsi="Arial" w:cs="Arial"/>
          <w:b w:val="0"/>
          <w:i w:val="0"/>
          <w:sz w:val="20"/>
        </w:rPr>
        <w:t>Europe's westernmost point is also one of its greatest wildlife spectacles.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Dynjandi Waterfall — </w:t>
      </w:r>
      <w:r>
        <w:rPr>
          <w:rFonts w:ascii="Arial" w:hAnsi="Arial" w:cs="Arial"/>
          <w:b w:val="0"/>
          <w:i w:val="0"/>
          <w:sz w:val="20"/>
        </w:rPr>
        <w:t>The 'Jewel of the Westfjords' — a series of seven cascades that fan out down a mountainside like a massive bridal veil.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Rauðasandur Red Sand Beach — </w:t>
      </w:r>
      <w:r>
        <w:rPr>
          <w:rFonts w:ascii="Arial" w:hAnsi="Arial" w:cs="Arial"/>
          <w:b w:val="0"/>
          <w:i w:val="0"/>
          <w:sz w:val="20"/>
        </w:rPr>
        <w:t>Unlike Iceland's famous black-sand beaches, Rauðasandur stretches 10 km and shifts from golden to rose-red depending on the light.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Garðar BA 64 Shipwreck — </w:t>
      </w:r>
      <w:r>
        <w:rPr>
          <w:rFonts w:ascii="Arial" w:hAnsi="Arial" w:cs="Arial"/>
          <w:b w:val="0"/>
          <w:i w:val="0"/>
          <w:sz w:val="20"/>
        </w:rPr>
        <w:t>Iceland's oldest steel ship, built in 1912 and grounded in 1981 as a monument.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Patreksfjarðarlaug Geothermal Pool — </w:t>
      </w:r>
      <w:r>
        <w:rPr>
          <w:rFonts w:ascii="Arial" w:hAnsi="Arial" w:cs="Arial"/>
          <w:b w:val="0"/>
          <w:i w:val="0"/>
          <w:sz w:val="20"/>
        </w:rPr>
        <w:t>A hillside outdoor pool with hot tubs and a steam bath, overlooking the fjord.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Promenade: </w:t>
      </w:r>
      <w:r>
        <w:rPr>
          <w:rFonts w:ascii="Arial" w:hAnsi="Arial" w:cs="Arial"/>
          <w:b w:val="0"/>
          <w:i w:val="0"/>
          <w:sz w:val="20"/>
        </w:rPr>
        <w:t>2 km · 30 min · Flat · Free — Follow the paved coastal path along the fjord shore from the cruise pier through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Church &amp; Hill: </w:t>
      </w:r>
      <w:r>
        <w:rPr>
          <w:rFonts w:ascii="Arial" w:hAnsi="Arial" w:cs="Arial"/>
          <w:b w:val="0"/>
          <w:i w:val="0"/>
          <w:sz w:val="20"/>
        </w:rPr>
        <w:t>1.5 km loop · 25 min · Easy · Free — Walk up to the 1907 concrete Patreksfjarðarkirkja church — one of Iceland's oldest concrete…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6:57AM–8:02PM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cruiseports.org/patreksfjordur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Patreksfjörður, Westfjords, Iceland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treksfjordu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Garðar BA 64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Rauðasandur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