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Papeete, Tahiti,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capital of French Polynesia docks ships right on the waterfront boulevard — step off into a city of overwater bungalow dreams, black-pearl boutiques, sizzling food trucks, and one of the Pacific's most colourful market halls.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waterfront) · 🕒 Typical call: 8–10 hrs · 💵 CFP Franc (XPF) · 🗣️ French / Tahitian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Papeete waterfront (downtown)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Pearls · Market · Lagoon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Le Marché &amp; les roulottes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1,000–2,000 XPF (~– USD) — Official taxis have a 1,000 XPF minimum fare (~ USD) with ~130 XPF/km daytime. Most rides within Papeete hit the minimum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 Marché (Papeete Market) — </w:t>
      </w:r>
      <w:r>
        <w:rPr>
          <w:rFonts w:ascii="Arial" w:hAnsi="Arial" w:cs="Arial"/>
          <w:b w:val="0"/>
          <w:i w:val="0"/>
          <w:sz w:val="20"/>
        </w:rPr>
        <w:t>The two-storey covered market is the beating heart of Papeete — ground floor overflows with tropical fruit, fish, and flower…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Place Vai'ete — Les Roulottes — </w:t>
      </w:r>
      <w:r>
        <w:rPr>
          <w:rFonts w:ascii="Arial" w:hAnsi="Arial" w:cs="Arial"/>
          <w:b w:val="0"/>
          <w:i w:val="0"/>
          <w:sz w:val="20"/>
        </w:rPr>
        <w:t>After dark (and some evenings during port days), the waterfront square fills with food trucks — les roulottes — serving poisson…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Snorkeling &amp; Swim — </w:t>
      </w:r>
      <w:r>
        <w:rPr>
          <w:rFonts w:ascii="Arial" w:hAnsi="Arial" w:cs="Arial"/>
          <w:b w:val="0"/>
          <w:i w:val="0"/>
          <w:sz w:val="20"/>
        </w:rPr>
        <w:t>Tahiti's lagoon shelters coral gardens and tropical fish just offshore.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Venus Lighthouse — </w:t>
      </w:r>
      <w:r>
        <w:rPr>
          <w:rFonts w:ascii="Arial" w:hAnsi="Arial" w:cs="Arial"/>
          <w:b w:val="0"/>
          <w:i w:val="0"/>
          <w:sz w:val="20"/>
        </w:rPr>
        <w:t>The historic lighthouse where Captain Cook observed the 1769 transit of Venus sits on a black-sand spit at the northern tip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Fautaua Valley &amp; Waterfall Hike — </w:t>
      </w:r>
      <w:r>
        <w:rPr>
          <w:rFonts w:ascii="Arial" w:hAnsi="Arial" w:cs="Arial"/>
          <w:b w:val="0"/>
          <w:i w:val="0"/>
          <w:sz w:val="20"/>
        </w:rPr>
        <w:t>A marked trail from Papeete's outskirts leads up the Fautaua Valley to a dramatic 985-ft waterfall.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Market Loop: </w:t>
      </w:r>
      <w:r>
        <w:rPr>
          <w:rFonts w:ascii="Arial" w:hAnsi="Arial" w:cs="Arial"/>
          <w:b w:val="0"/>
          <w:i w:val="0"/>
          <w:sz w:val="20"/>
        </w:rPr>
        <w:t>~2 km · 1–1.5 hrs · easy — From the pier, walk south along Boulevard Pomare past Place Vai'ete and the waterfront park,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Robert Wan Pearl Museum: </w:t>
      </w:r>
      <w:r>
        <w:rPr>
          <w:rFonts w:ascii="Arial" w:hAnsi="Arial" w:cs="Arial"/>
          <w:b w:val="0"/>
          <w:i w:val="0"/>
          <w:sz w:val="20"/>
        </w:rPr>
        <w:t>~0.5 km · 30 min · easy — A short walk from the pier, the Robert Wan Pearl Museum showcases the history and cultivation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6:16AM–5:32PM · Jul 6:29AM–5:39PM · Sep 5:53AM–5:53PM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cruiseports.org/papeete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