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Palmarola Island, Pontine Islands,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near-deserted volcanic island in the Tyrrhenian Sea — tender into glassy coves, swim through sea grottos, and find a rare corner of the Mediterranean that genuinely feels undiscovered.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 infrastructure) · 🕒 Typical call: 4–7 hrs · 💶 Euro (EUR) · 🗣️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Cala del Porto or anchor bay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 — a handful of seasonal fishermen's huts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Swimming · Sea caves · Snorkelling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 Cattedrale basalt sea cliffs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Cattedrale &amp; Sea Cave Circuit — </w:t>
      </w:r>
      <w:r>
        <w:rPr>
          <w:rFonts w:ascii="Arial" w:hAnsi="Arial" w:cs="Arial"/>
          <w:b w:val="0"/>
          <w:i w:val="0"/>
          <w:sz w:val="20"/>
        </w:rPr>
        <w:t>The island's most famous feature is La Cattedrale (The Cathedral) — soaring basalt cliffs sculpted into fissures and arches that…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Swimming &amp; Snorkelling at Cala del Porto — </w:t>
      </w:r>
      <w:r>
        <w:rPr>
          <w:rFonts w:ascii="Arial" w:hAnsi="Arial" w:cs="Arial"/>
          <w:b w:val="0"/>
          <w:i w:val="0"/>
          <w:sz w:val="20"/>
        </w:rPr>
        <w:t>The cove where tenders land has exceptionally clear water — visibility of 15–20 metres is common.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Circumnavigation by Kayak or RIB — </w:t>
      </w:r>
      <w:r>
        <w:rPr>
          <w:rFonts w:ascii="Arial" w:hAnsi="Arial" w:cs="Arial"/>
          <w:b w:val="0"/>
          <w:i w:val="0"/>
          <w:sz w:val="20"/>
        </w:rPr>
        <w:t>A full circuit of Palmarola by kayak or rigid inflatable reveals the rugged western cliffs — the island's most dramatic scenery…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 Walk &amp; Island Viewpoints — </w:t>
      </w:r>
      <w:r>
        <w:rPr>
          <w:rFonts w:ascii="Arial" w:hAnsi="Arial" w:cs="Arial"/>
          <w:b w:val="0"/>
          <w:i w:val="0"/>
          <w:sz w:val="20"/>
        </w:rPr>
        <w:t>A rough footpath from Cala del Porto climbs the eastern ridge — passing near the San Silverio shrine — to elevated viewpoints…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Lunch at a Seasonal Beach Restaurant — </w:t>
      </w:r>
      <w:r>
        <w:rPr>
          <w:rFonts w:ascii="Arial" w:hAnsi="Arial" w:cs="Arial"/>
          <w:b w:val="0"/>
          <w:i w:val="0"/>
          <w:sz w:val="20"/>
        </w:rPr>
        <w:t>A handful of seasonal trattorie operate on the island in summer, serving grilled fish caught the same morning, pasta with clams…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 del Porto to the Eastern Ridge: </w:t>
      </w:r>
      <w:r>
        <w:rPr>
          <w:rFonts w:ascii="Arial" w:hAnsi="Arial" w:cs="Arial"/>
          <w:b w:val="0"/>
          <w:i w:val="0"/>
          <w:sz w:val="20"/>
        </w:rPr>
        <w:t>~1.5 km return · 45–60 min · moderate (rocky terrain) — From the tender landing at Cala del Porto, a marked but rough path climbs the eastern hillside…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5:50AM–8:23PM · Jul 5:48AM–8:43PM · Sep 6:50AM–7:19PM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cruiseports.org/palmarola-island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Palmarola Island, Pontine Islands,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lmarol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Last Judgment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Fountain of the Bees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Cloaca Maxima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Aurelian Walls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Castor and Pollux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Maggiore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Ludus Magnus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