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Palma de Mallorca, Balearic Islands,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Mallorca’s sun-drenched capital dazzles with a soaring Gothic cathedral kissing the sea, a labyrinthine Arab quarter, hidden aristocratic patios, and the iconic Sóller mountain railway — all easily reached from a city-centre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pier) · 🕒 Typical call: 8-10 hrs · 💶 Euro (€) · 🗣️ Spanish / Catalan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Estació Marítima (Moll de Ponent), ~3-5 km from old town; shuttle, Bus 1, water taxi, or waterfront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35-45 min on foot along the promenade, or 10 min by taxi/shuttle (~€12-€15)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Cathedral, hidden patios, Sóller vintage train, beaches, Mallorcan tapas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Don’t Miss: </w:t>
      </w:r>
      <w:r>
        <w:rPr>
          <w:rFonts w:ascii="Arial" w:hAnsi="Arial" w:cs="Arial"/>
          <w:b w:val="0"/>
          <w:i w:val="0"/>
          <w:sz w:val="20"/>
        </w:rPr>
        <w:t>La Seu Cathedral at golden hour + Can Joan de S’Aigo pastry cafe (est. 1700)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€11–12 — Taxis are plentiful at the port exit. Under Mallorca's 2025 fare system: €2.50 base + €1.20/km + €4.65 port surcharge. Q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Seu Cathedral &amp; Almudaina Palace — </w:t>
      </w:r>
      <w:r>
        <w:rPr>
          <w:rFonts w:ascii="Arial" w:hAnsi="Arial" w:cs="Arial"/>
          <w:b w:val="0"/>
          <w:i w:val="0"/>
          <w:sz w:val="20"/>
        </w:rPr>
        <w:t>Palma’s Gothic cathedral rises directly above the sea with one of the world’s largest rose windows and a Gaudí-redesigned interior.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Sóller Vintage Train &amp; Tram — </w:t>
      </w:r>
      <w:r>
        <w:rPr>
          <w:rFonts w:ascii="Arial" w:hAnsi="Arial" w:cs="Arial"/>
          <w:b w:val="0"/>
          <w:i w:val="0"/>
          <w:sz w:val="20"/>
        </w:rPr>
        <w:t>Board the 1912 wooden Red Lightning train from Palma’s Plaça d’Espanya station and wind through orange-grove valleys and mountain…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Serra de Tramuntana Scenic Drive — </w:t>
      </w:r>
      <w:r>
        <w:rPr>
          <w:rFonts w:ascii="Arial" w:hAnsi="Arial" w:cs="Arial"/>
          <w:b w:val="0"/>
          <w:i w:val="0"/>
          <w:sz w:val="20"/>
        </w:rPr>
        <w:t>This UNESCO World Heritage mountain range delivers dramatic coastal cliffs, ancient olive groves, and stone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Patios &amp; Arab Baths — </w:t>
      </w:r>
      <w:r>
        <w:rPr>
          <w:rFonts w:ascii="Arial" w:hAnsi="Arial" w:cs="Arial"/>
          <w:b w:val="0"/>
          <w:i w:val="0"/>
          <w:sz w:val="20"/>
        </w:rPr>
        <w:t>Explore the Casc Antic’s lanes to discover hidden aristocratic courtyards (patios mallorquines) open to visitors.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Caves of Drach — </w:t>
      </w:r>
      <w:r>
        <w:rPr>
          <w:rFonts w:ascii="Arial" w:hAnsi="Arial" w:cs="Arial"/>
          <w:b w:val="0"/>
          <w:i w:val="0"/>
          <w:sz w:val="20"/>
        </w:rPr>
        <w:t>East-coast cave complex near Porto Cristo with spectacular stalactites and Lake Martel, one of the world’s largest underground…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Cathedral &amp; Old Town Loop: </w:t>
      </w:r>
      <w:r>
        <w:rPr>
          <w:rFonts w:ascii="Arial" w:hAnsi="Arial" w:cs="Arial"/>
          <w:b w:val="0"/>
          <w:i w:val="0"/>
          <w:sz w:val="20"/>
        </w:rPr>
        <w:t>⏱ 1.5-2 hrs · 🚶 Easy · 📷 Best photo walk — Start at Plaça de la Reina and follow the seafront Passeig des Born to La Seu Cathedral.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Passeig des Born &amp; Santa Catalina: </w:t>
      </w:r>
      <w:r>
        <w:rPr>
          <w:rFonts w:ascii="Arial" w:hAnsi="Arial" w:cs="Arial"/>
          <w:b w:val="0"/>
          <w:i w:val="0"/>
          <w:sz w:val="20"/>
        </w:rPr>
        <w:t>⏱ 1-1.5 hrs · 🚶 Easy · 🍽️ Food &amp; culture — Stroll the elegant Passeig des Born lined with mansions and boutiques, stop at the Casal Solleric…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Bellver Castle Hilltop: </w:t>
      </w:r>
      <w:r>
        <w:rPr>
          <w:rFonts w:ascii="Arial" w:hAnsi="Arial" w:cs="Arial"/>
          <w:b w:val="0"/>
          <w:i w:val="0"/>
          <w:sz w:val="20"/>
        </w:rPr>
        <w:t>⏱ 2 hrs · 🚶 Moderate (uphill) · 🏰 Panoramic views — Take Bus Line 46 or a taxi to the base, then walk up to Bellver Castle — a rare circular Gothic…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5:32AM–6:33PM · Jul 5:38AM–6:46PM · Sep 5:54AM–6:08PM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cruiseports.org/palma-de-mallorca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Palma de Mallorca, Balearic Islands,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lma-de-mallor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de Bellver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Train Sóller Station (Palma de Mallorca)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Palma Aquàrium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Katmandu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Catedral-Basílica de Santa María de Mallorca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Golf Santa Ponsa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Western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Mallorca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