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Palermo, Sicily, Italy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Sicily's street-food-scented capital layers Arab-Norman cathedrals, crumbling baroque piazzas, and raucous outdoor markets into one of the Mediterranean's most vivid port days.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(cruise terminal) · 🕒 Typical call: 8-10 hrs · 💶 Currency: Euro (€) · 🗣️ Language: Italian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Cruise Terminal, Porto di Palermo — 1 km from city center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15-20 min walk or 5-min taxi to Quattro Canti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 lovers, street food, architecture, markets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Cappella Palatina, Ballarò Market, Teatro Massimo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€8–€15 — Taxis are readily available at the port. The short distance to the center keeps fares low; use the meter and confirm bef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FreeNow, ITTaxi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>✅ City Sightseeing Palermo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Cappella Palatina &amp; Palazzo dei Normanni — </w:t>
      </w:r>
      <w:r>
        <w:rPr>
          <w:rFonts w:ascii="Arial" w:hAnsi="Arial" w:cs="Arial"/>
          <w:b w:val="0"/>
          <w:i w:val="0"/>
          <w:sz w:val="20"/>
        </w:rPr>
        <w:t>The gold-mosaic chapel inside the Norman Palace is one of the finest examples of Arab-Norman art in the world.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Ballarò &amp; Vucciria Markets — </w:t>
      </w:r>
      <w:r>
        <w:rPr>
          <w:rFonts w:ascii="Arial" w:hAnsi="Arial" w:cs="Arial"/>
          <w:b w:val="0"/>
          <w:i w:val="0"/>
          <w:sz w:val="20"/>
        </w:rPr>
        <w:t>Palermo's ancient street markets are theatrical experiences: vendors shout prices, smoke rises from grills, and arancini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Teatro Massimo Opera House — </w:t>
      </w:r>
      <w:r>
        <w:rPr>
          <w:rFonts w:ascii="Arial" w:hAnsi="Arial" w:cs="Arial"/>
          <w:b w:val="0"/>
          <w:i w:val="0"/>
          <w:sz w:val="20"/>
        </w:rPr>
        <w:t>The third-largest opera house in Europe, best known to film buffs as the setting for The Godfather Part III's finale.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Monreale Cathedral Day Trip — </w:t>
      </w:r>
      <w:r>
        <w:rPr>
          <w:rFonts w:ascii="Arial" w:hAnsi="Arial" w:cs="Arial"/>
          <w:b w:val="0"/>
          <w:i w:val="0"/>
          <w:sz w:val="20"/>
        </w:rPr>
        <w:t>About 7 km uphill from Palermo, Monreale's 12th-century cathedral has one of the finest collections of Byzantine mosaics in Europe.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Palermo Street Food Walk — </w:t>
      </w:r>
      <w:r>
        <w:rPr>
          <w:rFonts w:ascii="Arial" w:hAnsi="Arial" w:cs="Arial"/>
          <w:b w:val="0"/>
          <w:i w:val="0"/>
          <w:sz w:val="20"/>
        </w:rPr>
        <w:t>Palermo is one of Italy's best street-food cities.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Terminal to Norman Palace via Quattro Canti: </w:t>
      </w:r>
      <w:r>
        <w:rPr>
          <w:rFonts w:ascii="Arial" w:hAnsi="Arial" w:cs="Arial"/>
          <w:b w:val="0"/>
          <w:i w:val="0"/>
          <w:sz w:val="20"/>
        </w:rPr>
        <w:t>3.5 km · ~1.5 hrs · Easy — Walk from the cruise terminal along Via Francesco Crispi to the historic center, then explore Via…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Market Quarter Loop: </w:t>
      </w:r>
      <w:r>
        <w:rPr>
          <w:rFonts w:ascii="Arial" w:hAnsi="Arial" w:cs="Arial"/>
          <w:b w:val="0"/>
          <w:i w:val="0"/>
          <w:sz w:val="20"/>
        </w:rPr>
        <w:t>2 km · ~1 hr · Easy — From Quattro Canti head south into the Albergheria district for the Ballarò Market, then loop back…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5:56AM–8:10PM · Jul 5:56AM–8:28PM · Sep 6:48AM–7:14PM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cruiseports.org/palermo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Palermo, Sicily, Italy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lermo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Castello di Maredolce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Zisa Palace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Palermo Cathedral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Church of Saint Mary 'dell'Ammiraglio'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Palazzo dei Normanni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Church of Saint John of the Hermits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Cattedrale di Monreale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Palazzo Chiaramonte Steri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