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Pago Pago, Tutuila, American Samoa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most dramatic harbor arrivals in the South Pacific — emerald cliffs plunging into deep blue water, a living Polynesian culture, and the only US National Park south of the equator.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(Multiuse Wharf) · 🕒 Typical call: 7-9 hrs · 💵 USD (US Territory) · 🗣️ English &amp; Samoan · 🌧️ Tropical — bring a poncho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Multiuse Wharf, downtown Fagatogo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— you step off into the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culture, harbor scenery, hiking,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Jean P. Haydon Museum &amp; Fagatogo Market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$2–$35 — Licensed taxis wait at the pier gate and Fagatogo Market. Fares are regulated by the American Samoa Commerce Commission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Park of American Samoa Hike — </w:t>
      </w:r>
      <w:r>
        <w:rPr>
          <w:rFonts w:ascii="Arial" w:hAnsi="Arial" w:cs="Arial"/>
          <w:b w:val="0"/>
          <w:i w:val="0"/>
          <w:sz w:val="20"/>
        </w:rPr>
        <w:t>The only US National Park south of the equator.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Jean P. Haydon Museum &amp; Downtown Walk — </w:t>
      </w:r>
      <w:r>
        <w:rPr>
          <w:rFonts w:ascii="Arial" w:hAnsi="Arial" w:cs="Arial"/>
          <w:b w:val="0"/>
          <w:i w:val="0"/>
          <w:sz w:val="20"/>
        </w:rPr>
        <w:t>Explore 650+ artifacts of Samoan history including ancient woven mats, traditional canoes, and the American Samoa flag that flew…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Two Dollar Beach (Avaio Beach) — </w:t>
      </w:r>
      <w:r>
        <w:rPr>
          <w:rFonts w:ascii="Arial" w:hAnsi="Arial" w:cs="Arial"/>
          <w:b w:val="0"/>
          <w:i w:val="0"/>
          <w:sz w:val="20"/>
        </w:rPr>
        <w:t>Despite the name, entry is $5 USD.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Tisa's Barefoot Bar — Beach Lunch — </w:t>
      </w:r>
      <w:r>
        <w:rPr>
          <w:rFonts w:ascii="Arial" w:hAnsi="Arial" w:cs="Arial"/>
          <w:b w:val="0"/>
          <w:i w:val="0"/>
          <w:sz w:val="20"/>
        </w:rPr>
        <w:t>A legendary South Pacific beach bar at Alega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Scenic Tour — Aiga Bus or Taxi — </w:t>
      </w:r>
      <w:r>
        <w:rPr>
          <w:rFonts w:ascii="Arial" w:hAnsi="Arial" w:cs="Arial"/>
          <w:b w:val="0"/>
          <w:i w:val="0"/>
          <w:sz w:val="20"/>
        </w:rPr>
        <w:t>Circle Tutuila's stunning coastline past villages, through the National Park, and to Fatu-ma-Futi (Flowerpot Rock), the dramatic…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Fagatogo Waterfront Loop: </w:t>
      </w:r>
      <w:r>
        <w:rPr>
          <w:rFonts w:ascii="Arial" w:hAnsi="Arial" w:cs="Arial"/>
          <w:b w:val="0"/>
          <w:i w:val="0"/>
          <w:sz w:val="20"/>
        </w:rPr>
        <w:t>30–45 min · Flat · Free — From the Multiuse Wharf, walk along the harbor road past the Fagatogo Market, the Historic…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Utulei Beach Stroll: </w:t>
      </w:r>
      <w:r>
        <w:rPr>
          <w:rFonts w:ascii="Arial" w:hAnsi="Arial" w:cs="Arial"/>
          <w:b w:val="0"/>
          <w:i w:val="0"/>
          <w:sz w:val="20"/>
        </w:rPr>
        <w:t>15 min each way · Flat · Free — Walk west along the harbor road to Utulei beach and Sadie's by the Sea.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6:35AM–6:02PM · Jul 6:48AM–6:09PM · Sep 6:17AM–6:18PM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cruiseports.org/pago-pago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Pago Pago, Tutuila, American Samoa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o-pag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Park of American Samoa Visitor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Park of American Samoa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