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Pagan Island, Northern Mariana Islands,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 volcanic wilderness in the middle of the Pacific — two active stratovolcanoes, black-sand shores, and an eerie abandoned village frozen since the 1981 eruption. Pagan is expedition cruising at its most elemental.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landing (no pier) · 🕒 Typical call: 4-6 hrs (weather permitting) · 💵 USD (US territory) · 🗣️ English / Chamorro · 🌋 Active volcano — access conditions vary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or Zodiac landing only — no pier or dock infrastructure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Abandoned settlement ~15 min walk from landing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trekking, black-sand beaches, wildlife, remote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ghostly pre-1981 village and church, and views up Mount Pagan's flanks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Pagan Volcano Walk — </w:t>
      </w:r>
      <w:r>
        <w:rPr>
          <w:rFonts w:ascii="Arial" w:hAnsi="Arial" w:cs="Arial"/>
          <w:b w:val="0"/>
          <w:i w:val="0"/>
          <w:sz w:val="20"/>
        </w:rPr>
        <w:t>Hike toward the flanks of Mount Pagan (570 m), the island's dominant active stratovolcano.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Abandoned Village &amp; Church — </w:t>
      </w:r>
      <w:r>
        <w:rPr>
          <w:rFonts w:ascii="Arial" w:hAnsi="Arial" w:cs="Arial"/>
          <w:b w:val="0"/>
          <w:i w:val="0"/>
          <w:sz w:val="20"/>
        </w:rPr>
        <w:t>Walk to the pre-1981 settlement abandoned after the major eruption.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Black-Sand Beach &amp; Marine Life — </w:t>
      </w:r>
      <w:r>
        <w:rPr>
          <w:rFonts w:ascii="Arial" w:hAnsi="Arial" w:cs="Arial"/>
          <w:b w:val="0"/>
          <w:i w:val="0"/>
          <w:sz w:val="20"/>
        </w:rPr>
        <w:t>Pagan's black volcanic beaches are pristine and deserted.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Pagan Ridge Exploration — </w:t>
      </w:r>
      <w:r>
        <w:rPr>
          <w:rFonts w:ascii="Arial" w:hAnsi="Arial" w:cs="Arial"/>
          <w:b w:val="0"/>
          <w:i w:val="0"/>
          <w:sz w:val="20"/>
        </w:rPr>
        <w:t>The southern stratovolcano and connecting isthmus offer dramatic ridge views across both calderas and the Pacific.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Seabird Watching from Ship — </w:t>
      </w:r>
      <w:r>
        <w:rPr>
          <w:rFonts w:ascii="Arial" w:hAnsi="Arial" w:cs="Arial"/>
          <w:b w:val="0"/>
          <w:i w:val="0"/>
          <w:sz w:val="20"/>
        </w:rPr>
        <w:t>Spinner dolphins regularly visit Pagan's eastern side, and the island hosts seabird colonies undisturbed by human settlement.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Beach to Abandoned Village: </w:t>
      </w:r>
      <w:r>
        <w:rPr>
          <w:rFonts w:ascii="Arial" w:hAnsi="Arial" w:cs="Arial"/>
          <w:b w:val="0"/>
          <w:i w:val="0"/>
          <w:sz w:val="20"/>
        </w:rPr>
        <w:t>~1.5 km one-way | Easy | ~15-20 min — From the main landing beach, follow the coastal flat toward the old settlement.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Lava Field Trek toward Mount Pagan: </w:t>
      </w:r>
      <w:r>
        <w:rPr>
          <w:rFonts w:ascii="Arial" w:hAnsi="Arial" w:cs="Arial"/>
          <w:b w:val="0"/>
          <w:i w:val="0"/>
          <w:sz w:val="20"/>
        </w:rPr>
        <w:t>~2-4 km | Moderate–Strenuous | 1.5-3 hrs — Strike inland from the village across solidified lava flows toward the lower slopes of Mount Pagan.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6:00AM–6:33PM · Jun 5:41AM–6:53PM · Aug 5:59AM–6:43PM · Sep 6:04AM–6:19PM · Oct 6:10AM–5:54PM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Landing is never guaranteed. Active volcanic emissions, ash plumes, and ocean swells can cancel or shorten your time ashore. Treat any time on the island as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Footwear matters most. Pagan's terrain is volcanic rock and loose black sand — closed-toe shoes or hiking boots are essential. Flip-flops are not suitable…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all your own water and food. There is nothing to buy on Pagan — not a bottle of water, not a snack bar. The ship is your only supply base.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cruiseports.org/pagan-island-marianas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