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Padangbai, Bali,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Skip the tourist crowds of South Bali — Padangbai drops you into authentic East Bali, where jukung fishing boats line white-sand coves and an 11th-century clifftop temple watches over it 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Indonesian Rupiah (IDR) · 🗣️ Indonesian / Balinese · 🏖️ Beaches &amp;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boats ferry you to the main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Steps from tender jetty; Blue Lagoon Beach 10–15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East Bali day trips, temples, and fresh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Blue Lagoon snorkeling, Pura Silayukti temple, and Tirta Gangga Water Palace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IDR 300,000–550,000 (~$18–$34) — Official port taxis wait at the pier and serve most Bali destinations. Fares are negotiated — agree on a price before yo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Gojek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Lagoon Snorkeling — </w:t>
      </w:r>
      <w:r>
        <w:rPr>
          <w:rFonts w:ascii="Arial" w:hAnsi="Arial" w:cs="Arial"/>
          <w:b w:val="0"/>
          <w:i w:val="0"/>
          <w:sz w:val="20"/>
        </w:rPr>
        <w:t>A 10-minute walk north over the hill reveals a sheltered white-sand cove with some of Bali's best accessible snorkeling…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Tirta Gangga Water Palace — </w:t>
      </w:r>
      <w:r>
        <w:rPr>
          <w:rFonts w:ascii="Arial" w:hAnsi="Arial" w:cs="Arial"/>
          <w:b w:val="0"/>
          <w:i w:val="0"/>
          <w:sz w:val="20"/>
        </w:rPr>
        <w:t>About 45 minutes by car, this former Karangasem royal palace is a maze of koi-filled pools, ornate stepping stones, and lush…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Tenganan Bali Aga Village — </w:t>
      </w:r>
      <w:r>
        <w:rPr>
          <w:rFonts w:ascii="Arial" w:hAnsi="Arial" w:cs="Arial"/>
          <w:b w:val="0"/>
          <w:i w:val="0"/>
          <w:sz w:val="20"/>
        </w:rPr>
        <w:t>One of Bali's last original pre-Hindu villages, Tenganan preserves ancient architecture and the rare double-ikat weaving…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Klungkung Court of Justice — </w:t>
      </w:r>
      <w:r>
        <w:rPr>
          <w:rFonts w:ascii="Arial" w:hAnsi="Arial" w:cs="Arial"/>
          <w:b w:val="0"/>
          <w:i w:val="0"/>
          <w:sz w:val="20"/>
        </w:rPr>
        <w:t>The Kertha Gosa pavilion at the historic Klungkung palace complex features stunning ceiling paintings depicting Balinese concepts…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Bias Tugel (White Sand) Beach — </w:t>
      </w:r>
      <w:r>
        <w:rPr>
          <w:rFonts w:ascii="Arial" w:hAnsi="Arial" w:cs="Arial"/>
          <w:b w:val="0"/>
          <w:i w:val="0"/>
          <w:sz w:val="20"/>
        </w:rPr>
        <w:t>A hidden cove 15–20 minutes on foot from the pier, protected by a rocky headland with softer sand and a calmer vibe than Blue…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Pura Silayukti Temple Walk: </w:t>
      </w:r>
      <w:r>
        <w:rPr>
          <w:rFonts w:ascii="Arial" w:hAnsi="Arial" w:cs="Arial"/>
          <w:b w:val="0"/>
          <w:i w:val="0"/>
          <w:sz w:val="20"/>
        </w:rPr>
        <w:t>30–45 min | Easy | Free — From the tender jetty, stroll along the main beach road past colorful jukung fishing boats,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Lagoon Beach Hike: </w:t>
      </w:r>
      <w:r>
        <w:rPr>
          <w:rFonts w:ascii="Arial" w:hAnsi="Arial" w:cs="Arial"/>
          <w:b w:val="0"/>
          <w:i w:val="0"/>
          <w:sz w:val="20"/>
        </w:rPr>
        <w:t>10–15 min each way | Moderate (hill) | Free — Head north from the jetty and follow the path up and over the hill to Blue Lagoon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6:22AM–6:05PM · Jul 6:34AM–6:13PM · Sep 6:11AM–6:14PM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cruiseports.org/padangbai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Padangbai, Bali,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dangba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Blue Lagoon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Wisata Tirta Srinadi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Ketut's Hideaway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Puputan Klungkung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Goa Lawah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Bukit Asah Desa Bugbug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Bali Countryside Sidemen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Kemoning Klungkung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