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Paamiut, Southwest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quietly striking town at the edge of the world — red-painted wooden houses, a sea-eagle sky, and an early 20th-century wooden church that anchors a coastline most ships never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4–6 hrs · 💵 Danish Krone (DKK) · 🗣️ Greenlandic (Kalaallisut) / Danish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town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from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Remote Arctic ·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Frelserens Kirke (Church of Paamiut)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Frelserens Kirke &amp; Town Walk — </w:t>
      </w:r>
      <w:r>
        <w:rPr>
          <w:rFonts w:ascii="Arial" w:hAnsi="Arial" w:cs="Arial"/>
          <w:b w:val="0"/>
          <w:i w:val="0"/>
          <w:sz w:val="20"/>
        </w:rPr>
        <w:t>The Church of Paamiut (Frelserens Kirke / Saviour's Church) is a beautifully preserved wooden church consecrated in 1909 — one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Eagle &amp; Bird Watching — </w:t>
      </w:r>
      <w:r>
        <w:rPr>
          <w:rFonts w:ascii="Arial" w:hAnsi="Arial" w:cs="Arial"/>
          <w:b w:val="0"/>
          <w:i w:val="0"/>
          <w:sz w:val="20"/>
        </w:rPr>
        <w:t>The fjords and cliffs around Paamiut are prime habitat for white-tailed sea eagles — one of Greenland's great wildlife spectacles.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Tundra Hike Above Town — </w:t>
      </w:r>
      <w:r>
        <w:rPr>
          <w:rFonts w:ascii="Arial" w:hAnsi="Arial" w:cs="Arial"/>
          <w:b w:val="0"/>
          <w:i w:val="0"/>
          <w:sz w:val="20"/>
        </w:rPr>
        <w:t>A short climb above Paamiut opens into open Arctic tundra with sweeping fjord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&amp; Inuit Heritage — </w:t>
      </w:r>
      <w:r>
        <w:rPr>
          <w:rFonts w:ascii="Arial" w:hAnsi="Arial" w:cs="Arial"/>
          <w:b w:val="0"/>
          <w:i w:val="0"/>
          <w:sz w:val="20"/>
        </w:rPr>
        <w:t>Founded as Frederikshåb in 1742 by the Danish-Norwegian mission, Paamiut has a layered past visible in its architecture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Frelserens Kirke: </w:t>
      </w:r>
      <w:r>
        <w:rPr>
          <w:rFonts w:ascii="Arial" w:hAnsi="Arial" w:cs="Arial"/>
          <w:b w:val="0"/>
          <w:i w:val="0"/>
          <w:sz w:val="20"/>
        </w:rPr>
        <w:t>~1 km · 30–45 min · easy — From the town quay, walk up through the main street past traditional painted houses to the Church…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Hillside viewpoint above town: </w:t>
      </w:r>
      <w:r>
        <w:rPr>
          <w:rFonts w:ascii="Arial" w:hAnsi="Arial" w:cs="Arial"/>
          <w:b w:val="0"/>
          <w:i w:val="0"/>
          <w:sz w:val="20"/>
        </w:rPr>
        <w:t>~2 km · 1–1.5 hrs · moderate — Follow the rising ground above Paamiut to reach open tundra with panoramic views over the fjord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6:54AM–9:44PM · Aug 6:24AM–10:20PM · Sep 7:45AM–8:40PM · Oct 9:04AM–7:03PM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Last tender matters. Paamiut has no hotels and no alternative transport — miss the last tender and you miss the ship. Note the final tender time when you go…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Danish Krone cash. ATM access is unreliable in Paamiut. Carry small-denomination DKK for any purchases; card readers may not work or may be unavailable.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Look up for sea eagles. White-tailed sea eagles are regularly spotted soaring over the fjord cliffs. Bring binoculars — this is one of the best eagle-watching…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cruiseports.org/paamiut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