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Oslo,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Norway's capital at the head of the Oslofjord — ships dock right in the city center, steps from a medieval fortress, a marble opera house you can walk on, and world-class polar museums.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 center) · 🕒 Often overnight call · 💵 Norwegian Krone (NOK) · 🗣️ Norwegian · English universal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Filipstad / Vippetangen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5–30 min by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Museums · Design · Fjord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Vigeland Park · Opera roof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150–200 NOK (~–19) — Taxis are available at all terminals. Oslo cabs are metered and reliable but pricey — Filipstad to city center is a shor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Vigeland Sculpture Park — </w:t>
      </w:r>
      <w:r>
        <w:rPr>
          <w:rFonts w:ascii="Arial" w:hAnsi="Arial" w:cs="Arial"/>
          <w:b w:val="0"/>
          <w:i w:val="0"/>
          <w:sz w:val="20"/>
        </w:rPr>
        <w:t>The world's largest sculpture park by a single artist — 200+ bronze and granite figures by Gustav Vigeland, crowned by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Oslo Opera House &amp; Roof Walk — </w:t>
      </w:r>
      <w:r>
        <w:rPr>
          <w:rFonts w:ascii="Arial" w:hAnsi="Arial" w:cs="Arial"/>
          <w:b w:val="0"/>
          <w:i w:val="0"/>
          <w:sz w:val="20"/>
        </w:rPr>
        <w:t>Climb the sloping Italian marble roof of the iconic Opera House and look out over the Oslofjord — one of Europe's great free…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Bygdøy Museums (Fram, Kon-Tiki, Folk Museum) — </w:t>
      </w:r>
      <w:r>
        <w:rPr>
          <w:rFonts w:ascii="Arial" w:hAnsi="Arial" w:cs="Arial"/>
          <w:b w:val="0"/>
          <w:i w:val="0"/>
          <w:sz w:val="20"/>
        </w:rPr>
        <w:t>Amundsen's polar vessel Fram, Heyerdahl's Kon-Tiki raft, and a 160-building open-air folk museum with a genuine medieval stave…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Akershus Fortress — </w:t>
      </w:r>
      <w:r>
        <w:rPr>
          <w:rFonts w:ascii="Arial" w:hAnsi="Arial" w:cs="Arial"/>
          <w:b w:val="0"/>
          <w:i w:val="0"/>
          <w:sz w:val="20"/>
        </w:rPr>
        <w:t>Medieval castle and royal chapel right at the cruise pier — 700 years of Norwegian history, a WWII Resistance Museum,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Oslofjord Sightseeing Cruise — </w:t>
      </w:r>
      <w:r>
        <w:rPr>
          <w:rFonts w:ascii="Arial" w:hAnsi="Arial" w:cs="Arial"/>
          <w:b w:val="0"/>
          <w:i w:val="0"/>
          <w:sz w:val="20"/>
        </w:rPr>
        <w:t>A relaxed 2-3 hour boat trip among the islands and summer cabins of the inner Oslofjord — a different angle on the city and its…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Akershus to the Opera House: </w:t>
      </w:r>
      <w:r>
        <w:rPr>
          <w:rFonts w:ascii="Arial" w:hAnsi="Arial" w:cs="Arial"/>
          <w:b w:val="0"/>
          <w:i w:val="0"/>
          <w:sz w:val="20"/>
        </w:rPr>
        <w:t>~3 km · 1.5 hrs · flat — From medieval Akershus Fortress above the pier, walk along the harbour past City Hall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Karl Johans gate — the Royal Mile: </w:t>
      </w:r>
      <w:r>
        <w:rPr>
          <w:rFonts w:ascii="Arial" w:hAnsi="Arial" w:cs="Arial"/>
          <w:b w:val="0"/>
          <w:i w:val="0"/>
          <w:sz w:val="20"/>
        </w:rPr>
        <w:t>~2 km · 1 hr · easy — Oslo's grand main avenue from Central Station up to the Royal Palace, past the cathedral…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Tjuvholmen &amp; Astrup Fearnley: </w:t>
      </w:r>
      <w:r>
        <w:rPr>
          <w:rFonts w:ascii="Arial" w:hAnsi="Arial" w:cs="Arial"/>
          <w:b w:val="0"/>
          <w:i w:val="0"/>
          <w:sz w:val="20"/>
        </w:rPr>
        <w:t>~1.5 km · 45 min · easy — The stylish waterfront tip of Aker Brygge — contemporary art museum, a small harbour beach,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4:40AM–9:48PM · Jul 4:22AM–10:22PM · Sep 6:45AM–7:37PM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cruiseports.org/oslo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Oslo,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sl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Monolith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Oslo Opera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Frogner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Norwegian Museum of Science and Technology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Viking Ship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Royal Palace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