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Oranjestad, Aruba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Aruba's capital docks you steps from downtown — pastel Dutch architecture, warm turquoise water, and perpetual sunshine just steps off the gangway. One Happy Island lives up to its nickname.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8-10 hrs · 💵 USD widely accepted / Aruban florin · 🗣️ Dutch &amp; Papiamento (English everywhere)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Berthed at Oranjestad Cruise Terminal — 5 berths, no tender needed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2–5 min to Lloyd G. Smith Blvd; downtown is right outside the gates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duty-free shopping, island 4x4 tours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Eagle Beach, Antilla shipwreck dive, Arikok National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$10–34 USD — Government-regulated fixed fares; no meters. Minimum fare is $10 USD. Taxis line up at the cruise terminal — useful for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Eagle Beach Day — </w:t>
      </w:r>
      <w:r>
        <w:rPr>
          <w:rFonts w:ascii="Arial" w:hAnsi="Arial" w:cs="Arial"/>
          <w:b w:val="0"/>
          <w:i w:val="0"/>
          <w:sz w:val="20"/>
        </w:rPr>
        <w:t>Consistently ranked among the best beaches in the Caribbean — wide, white, calm water, and far less crowded than Palm Beach.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Arikok National Park 4x4 Tour — </w:t>
      </w:r>
      <w:r>
        <w:rPr>
          <w:rFonts w:ascii="Arial" w:hAnsi="Arial" w:cs="Arial"/>
          <w:b w:val="0"/>
          <w:i w:val="0"/>
          <w:sz w:val="20"/>
        </w:rPr>
        <w:t>Covers nearly 20% of the island — rugged limestone terrain, natural pools, ancient Caquetio cave paintings, and the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Antilla Shipwreck Snorkel or Dive — </w:t>
      </w:r>
      <w:r>
        <w:rPr>
          <w:rFonts w:ascii="Arial" w:hAnsi="Arial" w:cs="Arial"/>
          <w:b w:val="0"/>
          <w:i w:val="0"/>
          <w:sz w:val="20"/>
        </w:rPr>
        <w:t>The Antilla is one of the largest shipwrecks in the Caribbean — a 400-ft German freighter scuttled in 1940, now home to enormous…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Atlantis Submarine Expedition — </w:t>
      </w:r>
      <w:r>
        <w:rPr>
          <w:rFonts w:ascii="Arial" w:hAnsi="Arial" w:cs="Arial"/>
          <w:b w:val="0"/>
          <w:i w:val="0"/>
          <w:sz w:val="20"/>
        </w:rPr>
        <w:t>Descend 45-100 ft in a real submarine for a narrated tour of Aruba's reefs and wrecks — no dive certification needed…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Oranjestad Tram &amp; Town Walk — </w:t>
      </w:r>
      <w:r>
        <w:rPr>
          <w:rFonts w:ascii="Arial" w:hAnsi="Arial" w:cs="Arial"/>
          <w:b w:val="0"/>
          <w:i w:val="0"/>
          <w:sz w:val="20"/>
        </w:rPr>
        <w:t>Ride the free streetcar through pastel Dutch colonial architecture, browse Havenstraat and Schelpstraat boutiques, and stop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Oranjestad Stroll: </w:t>
      </w:r>
      <w:r>
        <w:rPr>
          <w:rFonts w:ascii="Arial" w:hAnsi="Arial" w:cs="Arial"/>
          <w:b w:val="0"/>
          <w:i w:val="0"/>
          <w:sz w:val="20"/>
        </w:rPr>
        <w:t>1.5 km · 30-45 min · Flat — Exit the cruise terminal onto Lloyd 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Surfside Beach Walk: </w:t>
      </w:r>
      <w:r>
        <w:rPr>
          <w:rFonts w:ascii="Arial" w:hAnsi="Arial" w:cs="Arial"/>
          <w:b w:val="0"/>
          <w:i w:val="0"/>
          <w:sz w:val="20"/>
        </w:rPr>
        <w:t>1.5 km one-way · 20 min walk · Easy — Head northwest along the waterfront from the port past the bus terminal toward Surfside Beach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Oranjestad Waterfront &amp; Historic Downtown: </w:t>
      </w:r>
      <w:r>
        <w:rPr>
          <w:rFonts w:ascii="Arial" w:hAnsi="Arial" w:cs="Arial"/>
          <w:b w:val="0"/>
          <w:i w:val="0"/>
          <w:sz w:val="20"/>
        </w:rPr>
        <w:t>1.5 km · 30-45 min · Easy — Start at the cruise terminal and walk along L.G.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6:15AM–6:57PM · Jul 6:22AM–7:09PM · Sep 6:29AM–6:40PM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cruiseports.org/oranjestad-aruba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Oranjestad, Aruba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ranjestad-arub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Ayo Rock Formations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Glitz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Alto Vista Chapel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Philomena Catholic Parish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Seaport Casino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Orchid Casino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Casino Aruba at Hilton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Octopus Aruba Sailing, Snorkeling, Sunset &amp; Private Tours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