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Opatija, Kvarner,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Called the 'Nice of the Adriatic,' Opatija trades medieval stone for grand pastel villas, botanical parks, and a flat seafront promenade that drops you straight into a living Austro-Hungarian postcard.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ships) · 🕒 Typical call: 6-8 hrs · 💶 Euro (€) · 🗣️ Croatian /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small ships may dock at Opatija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pier lands on the Lungomare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Scenic strolls, Habsburg architecture, fresh Kvarner scampi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Maiden with the Seagull statue &amp; Angiolina Botanical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€4–8 (short rides within town) — Local taxis start at €4.00 with a rate of €1.60/km during the day. For destinations outside central Opatija, starting 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Lungomare Promenade Walk — </w:t>
      </w:r>
      <w:r>
        <w:rPr>
          <w:rFonts w:ascii="Arial" w:hAnsi="Arial" w:cs="Arial"/>
          <w:b w:val="0"/>
          <w:i w:val="0"/>
          <w:sz w:val="20"/>
        </w:rPr>
        <w:t>Stroll the 12 km Franz Joseph I seafront promenade — or just the classic stretch from the tender pier to the fishing village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Angiolina Park &amp; Villa Angiolina — </w:t>
      </w:r>
      <w:r>
        <w:rPr>
          <w:rFonts w:ascii="Arial" w:hAnsi="Arial" w:cs="Arial"/>
          <w:b w:val="0"/>
          <w:i w:val="0"/>
          <w:sz w:val="20"/>
        </w:rPr>
        <w:t>The botanical park that launched Opatija's tourism era in 1844.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Volosko Fishing Village — </w:t>
      </w:r>
      <w:r>
        <w:rPr>
          <w:rFonts w:ascii="Arial" w:hAnsi="Arial" w:cs="Arial"/>
          <w:b w:val="0"/>
          <w:i w:val="0"/>
          <w:sz w:val="20"/>
        </w:rPr>
        <w:t>A 30-minute flat walk north along the Lungomare brings you to Volosko, a tiny, photogenic harbor village with Croatia's finest…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Mošćenice Hilltop Village — </w:t>
      </w:r>
      <w:r>
        <w:rPr>
          <w:rFonts w:ascii="Arial" w:hAnsi="Arial" w:cs="Arial"/>
          <w:b w:val="0"/>
          <w:i w:val="0"/>
          <w:sz w:val="20"/>
        </w:rPr>
        <w:t>A fortified medieval village perched above the sea, about 30 minutes by taxi.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Učka Nature Park &amp; Vojak Summit — </w:t>
      </w:r>
      <w:r>
        <w:rPr>
          <w:rFonts w:ascii="Arial" w:hAnsi="Arial" w:cs="Arial"/>
          <w:b w:val="0"/>
          <w:i w:val="0"/>
          <w:sz w:val="20"/>
        </w:rPr>
        <w:t>Mount Učka rises dramatically directly behind Opatija.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Tender Pier to Volosko via Lungomare: </w:t>
      </w:r>
      <w:r>
        <w:rPr>
          <w:rFonts w:ascii="Arial" w:hAnsi="Arial" w:cs="Arial"/>
          <w:b w:val="0"/>
          <w:i w:val="0"/>
          <w:sz w:val="20"/>
        </w:rPr>
        <w:t>3 km one-way · ~45 min · Flat · Iconic — Head north from the Mul harbor pier along the paved Lungomare promenade.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&amp; Maiden with the Seagull Loop: </w:t>
      </w:r>
      <w:r>
        <w:rPr>
          <w:rFonts w:ascii="Arial" w:hAnsi="Arial" w:cs="Arial"/>
          <w:b w:val="0"/>
          <w:i w:val="0"/>
          <w:sz w:val="20"/>
        </w:rPr>
        <w:t>1.5 km · ~25 min · Flat · Landmarks — Head south from the pier along the Lungomare to the iconic Maiden with the Seagull statue on its…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5:32AM–8:26PM · Jul 5:29AM–8:47PM · Sep 6:41AM–7:13PM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cruiseports.org/opatija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Opatija, Kvarner, Croatia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patij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Maiden with the Seagull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Our Lady of Lourdes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Croatian Museum of Tourism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Shrine of Mary of God of Trsat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Vitus’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Maritime and History Museum of the Croatian Coast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