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Oita City, Kyushu,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Capital of Japan's 'Onsen Prefecture', Oita City blends samurai history, wild Japanese macaques, and a foodie scene that punches well above its size. Gateway to both the city's own sights and the hot-spring resort town of Beppu, just 15 minutes away by train.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(Ozai Wharf or Nishi-Oita) · 🕒 Typical call: 8–10 hrs · 💴 Currency: Japanese Yen (JPY) · 🗣️ Language: Japanese · 🚌 Free/low-cost shuttle from Ozai Wharf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large ships at Ozai Wharf (~12 km from city); smaller ships at Nishi-Oita (~2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Ozai Wharf; 15–20 min walk from Nishi-Oita to JR Oita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Japanese macaques, castle history, local food, onsen day trips to Beppu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Takasakiyama Monkey Park and a bowl of toriten (tempura fried chicken)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¥575 start + ~¥300/km (~¥2,000–3,500 to city center) — Taxis queue at Oita Port and are widely available. Expect ¥2,000–3,500 for a 5–10 km ride to Oita Station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Takasakiyama Monkey Park — </w:t>
      </w:r>
      <w:r>
        <w:rPr>
          <w:rFonts w:ascii="Arial" w:hAnsi="Arial" w:cs="Arial"/>
          <w:b w:val="0"/>
          <w:i w:val="0"/>
          <w:sz w:val="20"/>
        </w:rPr>
        <w:t>Over 1,000 wild Japanese macaques roam this forested hillside freely.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Umitamago Aquarium — </w:t>
      </w:r>
      <w:r>
        <w:rPr>
          <w:rFonts w:ascii="Arial" w:hAnsi="Arial" w:cs="Arial"/>
          <w:b w:val="0"/>
          <w:i w:val="0"/>
          <w:sz w:val="20"/>
        </w:rPr>
        <w:t>World-class modern aquarium right next to Takasakiyama, overlooking Beppu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Funai Castle Ruins — </w:t>
      </w:r>
      <w:r>
        <w:rPr>
          <w:rFonts w:ascii="Arial" w:hAnsi="Arial" w:cs="Arial"/>
          <w:b w:val="0"/>
          <w:i w:val="0"/>
          <w:sz w:val="20"/>
        </w:rPr>
        <w:t>The moats, turrets, and stone walls of Funai Castle — begun around 1597 and completed in the early 1600s in the castle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Oita Prefectural Art Museum (OPAM) — </w:t>
      </w:r>
      <w:r>
        <w:rPr>
          <w:rFonts w:ascii="Arial" w:hAnsi="Arial" w:cs="Arial"/>
          <w:b w:val="0"/>
          <w:i w:val="0"/>
          <w:sz w:val="20"/>
        </w:rPr>
        <w:t>A striking building by Pritzker Prize-winning architect Shigeru Ban, with giant folding glass doors opening the ground floor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Beppu's Hells (Jigoku Meguri) — </w:t>
      </w:r>
      <w:r>
        <w:rPr>
          <w:rFonts w:ascii="Arial" w:hAnsi="Arial" w:cs="Arial"/>
          <w:b w:val="0"/>
          <w:i w:val="0"/>
          <w:sz w:val="20"/>
        </w:rPr>
        <w:t>Nine otherworldly geothermal pools — boiling cobalt blue, blood red, and steaming mud — make up Beppu's 'Hells' circuit.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Station to Castle Ruins &amp; OPAM: </w:t>
      </w:r>
      <w:r>
        <w:rPr>
          <w:rFonts w:ascii="Arial" w:hAnsi="Arial" w:cs="Arial"/>
          <w:b w:val="0"/>
          <w:i w:val="0"/>
          <w:sz w:val="20"/>
        </w:rPr>
        <w:t>2.5 km loop · ~40 min · flat — From JR Oita Station head northwest past the rooftop garden to Funai Castle Park — free to enter…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Nishi-Oita Waterfront Stroll: </w:t>
      </w:r>
      <w:r>
        <w:rPr>
          <w:rFonts w:ascii="Arial" w:hAnsi="Arial" w:cs="Arial"/>
          <w:b w:val="0"/>
          <w:i w:val="0"/>
          <w:sz w:val="20"/>
        </w:rPr>
        <w:t>1.5 km · ~20 min · flat — For passengers docking at Nishi-Oita, the Oita Canteen waterfront precinct has cafes and small…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5:14AM–7:06PM · Jul 5:15AM–7:23PM · Sep 5:57AM–6:20PM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cruiseports.org/oita-city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Oita City, Kyushu,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ita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Oita Marine Palace Aquarium "Umitamago"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Hoshinji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Takaosan Natural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Kongohokaiji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Kitahama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大分県立埋蔵文化財センター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Ikariyama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Okuyama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