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Ocho Rios, Saint Ann, Jamaica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Jamaica's most-visited cruise stop blends a waterfall you can literally climb with bobsleds in the rainforest, hidden turquoise swimming holes, and the real scent of jerk smoke drifting off every corner grill.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Docked (cruise pier) · 🕒 Typical call: 7-9 hrs · 💵 USD accepted / JMD official · 🗣️ English · 🌡️ Tropical year-round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Docked — Turtle Bay Pier (primary) or Reynolds Pier when multiple ships in port; no tender required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2 min to Island Village; 10–15 min to Main Street town center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Waterfall climbing (Dunn's River), jungle bobsledding (Mystic Mountain), Blue Hole swimming, jerk food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Climbing Dunn's River Falls — arrive early before tour buses, wear water shoes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$5–15 USD — Licensed JUTA taxis wait at both cruise docks. No meters — agree on the fare in USD before you get in. Short ride to cit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Uber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Climb Dunn's River Falls — </w:t>
      </w:r>
      <w:r>
        <w:rPr>
          <w:rFonts w:ascii="Arial" w:hAnsi="Arial" w:cs="Arial"/>
          <w:b w:val="0"/>
          <w:i w:val="0"/>
          <w:sz w:val="20"/>
        </w:rPr>
        <w:t>Hold hands in a human chain and walk up 180 m of terraced limestone cascades through cool spray — Jamaica's signature shore…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Mystic Mountain Rainforest Bobsled — </w:t>
      </w:r>
      <w:r>
        <w:rPr>
          <w:rFonts w:ascii="Arial" w:hAnsi="Arial" w:cs="Arial"/>
          <w:b w:val="0"/>
          <w:i w:val="0"/>
          <w:sz w:val="20"/>
        </w:rPr>
        <w:t>Ride a SkyExplorer chairlift above the rainforest canopy, then zoom down a gravity-fed bobsled track through the jungle…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Blue Hole (Secret Falls) — </w:t>
      </w:r>
      <w:r>
        <w:rPr>
          <w:rFonts w:ascii="Arial" w:hAnsi="Arial" w:cs="Arial"/>
          <w:b w:val="0"/>
          <w:i w:val="0"/>
          <w:sz w:val="20"/>
        </w:rPr>
        <w:t>Swim in brilliant turquoise natural pools, jump from rope swings, and plunge into hidden waterfall caves at this jungle gem 30–45…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Beach Club Day Pass — </w:t>
      </w:r>
      <w:r>
        <w:rPr>
          <w:rFonts w:ascii="Arial" w:hAnsi="Arial" w:cs="Arial"/>
          <w:b w:val="0"/>
          <w:i w:val="0"/>
          <w:sz w:val="20"/>
        </w:rPr>
        <w:t>Several resorts along the coastline — including James Bond Beach and various Sandals-affiliated properties — offer day-pass…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Bob Marley Nine Mile Birthplace Tour — </w:t>
      </w:r>
      <w:r>
        <w:rPr>
          <w:rFonts w:ascii="Arial" w:hAnsi="Arial" w:cs="Arial"/>
          <w:b w:val="0"/>
          <w:i w:val="0"/>
          <w:sz w:val="20"/>
        </w:rPr>
        <w:t>Drive into the Blue Mountains to Nine Mile village, where Bob Marley was born and buried.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Pier to Ocho Rios Bay Beach Loop: </w:t>
      </w:r>
      <w:r>
        <w:rPr>
          <w:rFonts w:ascii="Arial" w:hAnsi="Arial" w:cs="Arial"/>
          <w:b w:val="0"/>
          <w:i w:val="0"/>
          <w:sz w:val="20"/>
        </w:rPr>
        <w:t>📏 ~1.5 km · ⏱ 30–45 min · 🚶 Easy · ☀️ Best in the morning — Walk from the cruise pier through Island Village, along Main Street past craft markets, duty-free…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Turtle River Park &amp; Town Walk: </w:t>
      </w:r>
      <w:r>
        <w:rPr>
          <w:rFonts w:ascii="Arial" w:hAnsi="Arial" w:cs="Arial"/>
          <w:b w:val="0"/>
          <w:i w:val="0"/>
          <w:sz w:val="20"/>
        </w:rPr>
        <w:t>📏 ~2.5 km · ⏱ 45–60 min · 🌿 Park &amp; town · 🚶 Easy flat — Extend the Main Street walk to Turtle River Park — a beautifully landscaped urban park with lush…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Coyaba River Garden: </w:t>
      </w:r>
      <w:r>
        <w:rPr>
          <w:rFonts w:ascii="Arial" w:hAnsi="Arial" w:cs="Arial"/>
          <w:b w:val="0"/>
          <w:i w:val="0"/>
          <w:sz w:val="20"/>
        </w:rPr>
        <w:t>📏 ~4 km from pier · ⏱ 1–2 hrs on site · 🌺 Botanical · 🚕 Short taxi ride — Coyaba River Garden &amp; Museum is a meticulously maintained botanical garden with a small waterfall…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20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12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21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5:34AM–6:34PM · Jul 5:40AM–6:48PM · Sep 5:56AM–6:10PM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cruiseports.org/ocho-rios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Ocho Rios, Saint Ann, Jamaica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ocho-rios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The World Famous Dunn's River Falls &amp; Park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Seville Great House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Dolphin Cove Ocho Rios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Ocho Rios Baptist Church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Fern Gully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Yaaman Adventure Park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Island Gully Falls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8.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Our Lady Of Fatima Roman Catholic Church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