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Ny-Ålesund,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79°N, Ny-Ålesund is the northernmost functioning civilian settlement on Earth — an active international Arctic research hub where Amundsen launched his 1926 polar flight and glaciers calve into Kongsfjorden just across the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quay, Zodiac landing typical) · 🕒 Typical call: 4–6 hrs · 💵 NOK — Kings Bay Shop cashless (card only) · 🗣️ Norwegian / English · 📡 No Wi-Fi or Bluetooth ashore (20 km radio-silence zone)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anchor in Kongsfjorden and tender ashore by Zodiac; small 73 m quay available for one vessel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500 m flat gravel walk from landing quay to settlement (5–10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history, Arctic science, wildlife, otherworldly remoteness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Airship mooring mast from Amundsen's 1926 North Pole flight and the Ny-Ålesund Town &amp; Mine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Exploration Heritage Walk — </w:t>
      </w:r>
      <w:r>
        <w:rPr>
          <w:rFonts w:ascii="Arial" w:hAnsi="Arial" w:cs="Arial"/>
          <w:b w:val="0"/>
          <w:i w:val="0"/>
          <w:sz w:val="20"/>
        </w:rPr>
        <w:t>Follow your expedition guide to the 1926 airship mooring mast, Roald Amundsen bronze bust, and the preserved narrow-gauge…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Ny-Ålesund Town &amp; Mine Museum — </w:t>
      </w:r>
      <w:r>
        <w:rPr>
          <w:rFonts w:ascii="Arial" w:hAnsi="Arial" w:cs="Arial"/>
          <w:b w:val="0"/>
          <w:i w:val="0"/>
          <w:sz w:val="20"/>
        </w:rPr>
        <w:t>The world's northernmost museum, this self-guided collection covers the coal-mining era (ended after the 1962 Kings Bay…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Tern &amp; Barnacle Goose Watching — </w:t>
      </w:r>
      <w:r>
        <w:rPr>
          <w:rFonts w:ascii="Arial" w:hAnsi="Arial" w:cs="Arial"/>
          <w:b w:val="0"/>
          <w:i w:val="0"/>
          <w:sz w:val="20"/>
        </w:rPr>
        <w:t>In summer Ny-Ålesund swarms with nesting Arctic terns — famously aggressive dive-bombers.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Kongsfjorden Glacier Views — </w:t>
      </w:r>
      <w:r>
        <w:rPr>
          <w:rFonts w:ascii="Arial" w:hAnsi="Arial" w:cs="Arial"/>
          <w:b w:val="0"/>
          <w:i w:val="0"/>
          <w:sz w:val="20"/>
        </w:rPr>
        <w:t>From the settlement's waterfront you can see Kongsbreen and Kronebreen glaciers calving across the fjord.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Settlement Heritage Loop: </w:t>
      </w:r>
      <w:r>
        <w:rPr>
          <w:rFonts w:ascii="Arial" w:hAnsi="Arial" w:cs="Arial"/>
          <w:b w:val="0"/>
          <w:i w:val="0"/>
          <w:sz w:val="20"/>
        </w:rPr>
        <w:t>1.5 km · 25–35 min · Flat gravel paths — From the landing quay, walk to the Ny-Ålesund Town &amp; Mine Museum, Roald Amundsen monument, the 1926…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5:49AM–8:20PM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cruiseports.org/ny-alesund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