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Nuuk, Greenland, Denmark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world's northernmost capital tucks a surprisingly vibrant city between icy fjords and Arctic peaks. Expedition and mid-size ships dock at the working cargo quay; larger vessels anchor and tender into the photogenic Colonial Harbor.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(small–mid ships) / Tender (large ships) · 🕒 Typical call: 6–8 hrs · 💵 Danish Krone (DKK) — cards widely accepted · 🗣️ Greenlandic &amp; Danish; English spoken in tourism · 🌡️ Summer 5–10 °C — windproof layers essential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Small/expedition ships dock at Ny Atlantkaj; large ships tender to Colonial Harbor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from tender pier; 20–30 min (or shuttle) from cargo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Inuit history, fjord boat tours, Arctic wildlife, unique local cuisine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Qilakitsoq Mummies at the Greenland National Museum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~70 DKK (~$10 USD) — Metered taxis wait directly outside the cruise terminal. City center is ~2 km away; operators include Nuuk Taxa (+299 32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Nuuk Fjord Boat Tour — </w:t>
      </w:r>
      <w:r>
        <w:rPr>
          <w:rFonts w:ascii="Arial" w:hAnsi="Arial" w:cs="Arial"/>
          <w:b w:val="0"/>
          <w:i w:val="0"/>
          <w:sz w:val="20"/>
        </w:rPr>
        <w:t>Head into the vast Nuuk Fjord — one of the world's largest fjord systems — watching for humpback whales, seals, and icebergs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Greenland National Museum — </w:t>
      </w:r>
      <w:r>
        <w:rPr>
          <w:rFonts w:ascii="Arial" w:hAnsi="Arial" w:cs="Arial"/>
          <w:b w:val="0"/>
          <w:i w:val="0"/>
          <w:sz w:val="20"/>
        </w:rPr>
        <w:t>See the remarkably preserved Qilakitsoq Mummies — four 15th-century Inuit figures including a baby, discovered in a cliff tomb 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Colonial Harbor Walk &amp; Katuaq — </w:t>
      </w:r>
      <w:r>
        <w:rPr>
          <w:rFonts w:ascii="Arial" w:hAnsi="Arial" w:cs="Arial"/>
          <w:b w:val="0"/>
          <w:i w:val="0"/>
          <w:sz w:val="20"/>
        </w:rPr>
        <w:t>Stroll the 1728 Colonial Harbor with its brightly painted houses, Hans Egede statue lookout, and red wooden cathedral.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Sermitsiaq Hiking — </w:t>
      </w:r>
      <w:r>
        <w:rPr>
          <w:rFonts w:ascii="Arial" w:hAnsi="Arial" w:cs="Arial"/>
          <w:b w:val="0"/>
          <w:i w:val="0"/>
          <w:sz w:val="20"/>
        </w:rPr>
        <w:t>The triple-peaked Sermitsiaq mountain is the symbol of Nuuk and visible from everywhere in the city.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Greenlandic Cuisine Tasting — </w:t>
      </w:r>
      <w:r>
        <w:rPr>
          <w:rFonts w:ascii="Arial" w:hAnsi="Arial" w:cs="Arial"/>
          <w:b w:val="0"/>
          <w:i w:val="0"/>
          <w:sz w:val="20"/>
        </w:rPr>
        <w:t>Sample muskox burgers, fresh Arctic halibut, and reindeer at local spots like Cafetuaq (inside Katuaq) or the legendary Charoen…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Colonial Harbor to Hans Egede Lookout: </w:t>
      </w:r>
      <w:r>
        <w:rPr>
          <w:rFonts w:ascii="Arial" w:hAnsi="Arial" w:cs="Arial"/>
          <w:b w:val="0"/>
          <w:i w:val="0"/>
          <w:sz w:val="20"/>
        </w:rPr>
        <w:t>~0.5 miles | 30–45 min | Easy–moderate (uphill finish) — From the tender pier, wander among the colorful 18th-century wooden houses of the Colonial Harbor…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Colonial Harbor to Katuaq Cultural Centre: </w:t>
      </w:r>
      <w:r>
        <w:rPr>
          <w:rFonts w:ascii="Arial" w:hAnsi="Arial" w:cs="Arial"/>
          <w:b w:val="0"/>
          <w:i w:val="0"/>
          <w:sz w:val="20"/>
        </w:rPr>
        <w:t>~0.8 miles | 15–20 min | Easy (mostly flat) — Walk uphill from the historic harbor through the main shopping street (Imaneq) into modern Nuuk…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5:11AM–11:37PM · Sep 7:51AM–8:51PM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cruiseports.org/nuuk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Nuuk, Greenland, Denmark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uuk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Greenland National Museum and Archives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Nuuk Art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our Saviour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