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Nuku Hiva, Marquesas Islands, French Polynesia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largest and wildest of the Marquesas Islands, Nuku Hiva rewards adventurous cruisers with ancient ceremonial platforms, one of the world's tallest waterfalls, and a living culture of stone carving and tattoo art untouched by mass tourism.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(no pier) · 🕒 Typical call: 7-9 hrs · 💵 CFP Franc (XPF) — bring cash · 🗣️ French &amp; Marquesan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into Taiohae village pier (10-20 min ride)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Tender lands in the heart of Taiohae — 0 min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Archaeology, volcanic scenery, Marquesan art &amp; culture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Vaipo Waterfall hike or Hatiheu archaeological sites by 4x4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Hatiheu Archaeological Sites &amp; North Coast — </w:t>
      </w:r>
      <w:r>
        <w:rPr>
          <w:rFonts w:ascii="Arial" w:hAnsi="Arial" w:cs="Arial"/>
          <w:b w:val="0"/>
          <w:i w:val="0"/>
          <w:sz w:val="20"/>
        </w:rPr>
        <w:t>A full-day 4x4 journey over mountain passes to Hatiheu Bay, visiting the Hikokua and Kamuihei tohua (ceremonial platforms) with…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Vaipo Waterfall Hike (Hakaui Valley) — </w:t>
      </w:r>
      <w:r>
        <w:rPr>
          <w:rFonts w:ascii="Arial" w:hAnsi="Arial" w:cs="Arial"/>
          <w:b w:val="0"/>
          <w:i w:val="0"/>
          <w:sz w:val="20"/>
        </w:rPr>
        <w:t>Boat to Hakaui Bay then a 3-hour valley trek to Vaipo Waterfall — at 350 metres one of the tallest in Polynesia — past soaring…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Taipivai Valley — Melville's Typee Country — </w:t>
      </w:r>
      <w:r>
        <w:rPr>
          <w:rFonts w:ascii="Arial" w:hAnsi="Arial" w:cs="Arial"/>
          <w:b w:val="0"/>
          <w:i w:val="0"/>
          <w:sz w:val="20"/>
        </w:rPr>
        <w:t>Drive into the lush valley Herman Melville immortalised in his novel Typee, explore ancient tiki and terraces, and see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Anaho Bay Snorkel &amp; Beach — </w:t>
      </w:r>
      <w:r>
        <w:rPr>
          <w:rFonts w:ascii="Arial" w:hAnsi="Arial" w:cs="Arial"/>
          <w:b w:val="0"/>
          <w:i w:val="0"/>
          <w:sz w:val="20"/>
        </w:rPr>
        <w:t>Reach Anaho, the Marquesas' only coral-reef bay with a white-sand beach, by boat or by hiking from Hatiheu.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Scuba Diving — Basalt Arches &amp; Mantas — </w:t>
      </w:r>
      <w:r>
        <w:rPr>
          <w:rFonts w:ascii="Arial" w:hAnsi="Arial" w:cs="Arial"/>
          <w:b w:val="0"/>
          <w:i w:val="0"/>
          <w:sz w:val="20"/>
        </w:rPr>
        <w:t>Dramatic wall dives with basalt arches just outside Taiohae Bay attract manta rays, hammerhead and grey reef sharks, and dolphins.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Taiohae Waterfront &amp; Cathedral Loop: </w:t>
      </w:r>
      <w:r>
        <w:rPr>
          <w:rFonts w:ascii="Arial" w:hAnsi="Arial" w:cs="Arial"/>
          <w:b w:val="0"/>
          <w:i w:val="0"/>
          <w:sz w:val="20"/>
        </w:rPr>
        <w:t>1.5 km · 30-45 min · Flat · Free — From the tender pier, stroll along the palm-fringed waterfront to the Cathedral Notre-Dame des…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Muake Hill Viewpoint: </w:t>
      </w:r>
      <w:r>
        <w:rPr>
          <w:rFonts w:ascii="Arial" w:hAnsi="Arial" w:cs="Arial"/>
          <w:b w:val="0"/>
          <w:i w:val="0"/>
          <w:sz w:val="20"/>
        </w:rPr>
        <w:t>4 km return · 1.5 hrs · Moderate climb · Free — A steep but rewarding trail rises behind Taiohae to Commandant Gravier Peak (Muake Hill)…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21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5:55AM–5:37PM · Jul 6:07AM–5:45PM · Sep 5:44AM–5:46PM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cruiseports.org/nuku-hiva-island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