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Nosy Be Island, Diana, Madagascar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Madagascar's Perfume Island — where black lemurs leap through primary rainforest, turquoise lagoons ring coral reefs, and the air itself smells of ylang-ylang. A tender port with big wildlife rewards for those who venture beyond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7-9 hrs · 💵 Euros &amp; Malagasy Ariary (MGA) · 🗣️ French &amp; Malagasy · 🦎 Endemic wildlife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bay; 15-20 min tender to Hell-Ville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from tender pier to port gate; 15 min uphill to town (tuk-tuk recommended)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(lemurs, chameleons), snorkeling, island hopping, ylang-ylang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Lokobe Nature Reserve or Nosy Komba for close-up black lemur encounters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$5–$15 per trip — Taxis wait near the pier for trips further around the island. Always agree on a price upfront; half-day private hire typ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Lokobe Nature Reserve — </w:t>
      </w:r>
      <w:r>
        <w:rPr>
          <w:rFonts w:ascii="Arial" w:hAnsi="Arial" w:cs="Arial"/>
          <w:b w:val="0"/>
          <w:i w:val="0"/>
          <w:sz w:val="20"/>
        </w:rPr>
        <w:t>Nosy Be's last primary rainforest, reachable by taxi then traditional pirogue.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Nosy Komba — Lemur Island — </w:t>
      </w:r>
      <w:r>
        <w:rPr>
          <w:rFonts w:ascii="Arial" w:hAnsi="Arial" w:cs="Arial"/>
          <w:b w:val="0"/>
          <w:i w:val="0"/>
          <w:sz w:val="20"/>
        </w:rPr>
        <w:t>A short boat ride from Hell-Ville, this volcanic island has semi-habituated black lemurs that climb onto your shoulders.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Nosy Tanikely Marine Reserve — </w:t>
      </w:r>
      <w:r>
        <w:rPr>
          <w:rFonts w:ascii="Arial" w:hAnsi="Arial" w:cs="Arial"/>
          <w:b w:val="0"/>
          <w:i w:val="0"/>
          <w:sz w:val="20"/>
        </w:rPr>
        <w:t>A marine sanctuary island with vibrant coral gardens, reef fish, and sea turtles visible from the surface.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Lemuria Land &amp; SPPM Distillery — </w:t>
      </w:r>
      <w:r>
        <w:rPr>
          <w:rFonts w:ascii="Arial" w:hAnsi="Arial" w:cs="Arial"/>
          <w:b w:val="0"/>
          <w:i w:val="0"/>
          <w:sz w:val="20"/>
        </w:rPr>
        <w:t>A short tuk-tuk ride from the port, this eco-park lets you walk among lemurs, giant Aldabra tortoises, and chameleons, then tour…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Andilana Beach Day — </w:t>
      </w:r>
      <w:r>
        <w:rPr>
          <w:rFonts w:ascii="Arial" w:hAnsi="Arial" w:cs="Arial"/>
          <w:b w:val="0"/>
          <w:i w:val="0"/>
          <w:sz w:val="20"/>
        </w:rPr>
        <w:t>The island's finest beach — a mile of white powder sand at the northern tip, framed by calm turquoise water.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Hell-Ville Waterfront &amp; Bazar Be: </w:t>
      </w:r>
      <w:r>
        <w:rPr>
          <w:rFonts w:ascii="Arial" w:hAnsi="Arial" w:cs="Arial"/>
          <w:b w:val="0"/>
          <w:i w:val="0"/>
          <w:sz w:val="20"/>
        </w:rPr>
        <w:t>1-2 km · 30-45 min · Easy · Flat — From the tender pier, stroll along the waterfront, then cut uphill to Bazar Be — the bustling…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Sacred Banyan Tree of Mahatsinjo: </w:t>
      </w:r>
      <w:r>
        <w:rPr>
          <w:rFonts w:ascii="Arial" w:hAnsi="Arial" w:cs="Arial"/>
          <w:b w:val="0"/>
          <w:i w:val="0"/>
          <w:sz w:val="20"/>
        </w:rPr>
        <w:t>Tuk-tuk ~15 min each way · ~1 hr total · Easy — A 200-year-old sacred banyan tree spreading over 5,000 square metres in the village of Ampombolava.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5:58AM–5:27PM · Jul 6:10AM–5:35PM · Sep 5:41AM–5:42PM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cruiseports.org/nosy-be-island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Nosy Be Island, Diana, Madagascar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osy-be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Lemuria 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Cascade de Nosy Be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Mahatsingo Sacred Tree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