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North Seymour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flat uplifted island just north of Baltra, North Seymour packs an extraordinary density of wildlife into a single 2 km loop — nesting frigatebirds with scarlet gular sacs, blue-footed boobies performing their shuffle dance, and golden land iguanas lumbering between prickly-pear cacti.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landing (no pier) · 🕒 Typical call: 2–3 hrs · 💵 USD · 🗣️ Spanish / English guides · 🦅 Wildlife expedition stop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Panga (zodiac) dry landing onto rocky basalt ledge —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Trail: </w:t>
      </w:r>
      <w:r>
        <w:rPr>
          <w:rFonts w:ascii="Arial" w:hAnsi="Arial" w:cs="Arial"/>
          <w:b w:val="0"/>
          <w:i w:val="0"/>
          <w:sz w:val="20"/>
        </w:rPr>
        <w:t>One circular loop, 2 km (1.2 mi), 1.5–2 hrs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colonies, land iguanas, marine iguanas, sea lions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Male frigatebird inflating bright-red gular sac during mating season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Seymour Wildlife Loop — </w:t>
      </w:r>
      <w:r>
        <w:rPr>
          <w:rFonts w:ascii="Arial" w:hAnsi="Arial" w:cs="Arial"/>
          <w:b w:val="0"/>
          <w:i w:val="0"/>
          <w:sz w:val="20"/>
        </w:rPr>
        <w:t>The island's only trail is its signature experience: a 2 km circular loop through nesting frigatebird and blue-footed booby…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off the Panga — </w:t>
      </w:r>
      <w:r>
        <w:rPr>
          <w:rFonts w:ascii="Arial" w:hAnsi="Arial" w:cs="Arial"/>
          <w:b w:val="0"/>
          <w:i w:val="0"/>
          <w:sz w:val="20"/>
        </w:rPr>
        <w:t>Many itineraries include a panga snorkel in the waters around North Seymour.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Nearby Las Bachas Beach — </w:t>
      </w:r>
      <w:r>
        <w:rPr>
          <w:rFonts w:ascii="Arial" w:hAnsi="Arial" w:cs="Arial"/>
          <w:b w:val="0"/>
          <w:i w:val="0"/>
          <w:sz w:val="20"/>
        </w:rPr>
        <w:t>Often paired with a North Seymour visit, Las Bachas on Santa Cruz's north coast offers a white-sand beach, flamingo lagoons,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Seymour Circular Wildlife Loop: </w:t>
      </w:r>
      <w:r>
        <w:rPr>
          <w:rFonts w:ascii="Arial" w:hAnsi="Arial" w:cs="Arial"/>
          <w:b w:val="0"/>
          <w:i w:val="0"/>
          <w:sz w:val="20"/>
        </w:rPr>
        <w:t>2 km loop · 1.5–2 hrs · Easy–Moderate · Rocky terrain — Starting from the dry landing on the north coast, the white-stone-marked trail loops through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5:58AM–6:03PM · Jun 5:58AM–6:04PM · Aug 6:02AM–6:08PM · Sep 5:53AM–5:59PM · Oct 5:43AM–5:50PM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Footwear is non-negotiable. The landing is on slippery wet basalt. Wear closed-toe shoes or hiking sandals with solid grip — flip-flops and heels are barred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shade on the trail. North Seymour is flat and open; equatorial sun is brutal. Hat, UV sunglasses, lightweight long sleeves, and reef-safe sunscreen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reusable water bottle. Single-use plastic bottles are banned throughout the Galápagos. No food or snacks are allowed on the island — eat on board…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cruiseports.org/north-seymour-island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