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Norfolk, Virginia,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America's largest naval base meets a surprisingly walkable downtown — the Battleship Wisconsin sits two minutes from the gangway, and world-class art is free.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Half Moone Cruise Center · 🕒 Typical call: 6-10 hrs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Pier-side at Half Moone Cruise &amp; Celebration Center, 1 Waterside Dr, downtown Norfolk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to Nauticus/Battleship Wisconsin; 10 min to MacArthur Memorial &amp; Chrysler Museum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Naval history, walkable art district, harbor cruise, family day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Walking the deck of Battleship Wisconsin (Iowa-class BB-64)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$8–$15 — Taxis are available at the terminal with a ~$3 base fare plus ~$1.65/km. Short downtown hops typically run $8–$15.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Battleship Wisconsin Self-Guided Tour — </w:t>
      </w:r>
      <w:r>
        <w:rPr>
          <w:rFonts w:ascii="Arial" w:hAnsi="Arial" w:cs="Arial"/>
          <w:b w:val="0"/>
          <w:i w:val="0"/>
          <w:sz w:val="20"/>
        </w:rPr>
        <w:t>Board the Iowa-class BB-64 docked at Nauticus — one of the largest battleships ever built.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Chrysler Museum of Art — </w:t>
      </w:r>
      <w:r>
        <w:rPr>
          <w:rFonts w:ascii="Arial" w:hAnsi="Arial" w:cs="Arial"/>
          <w:b w:val="0"/>
          <w:i w:val="0"/>
          <w:sz w:val="20"/>
        </w:rPr>
        <w:t>Free admission to one of America's finest regional art museums — 5,000 years of art plus an internationally acclaimed glass…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Victory Rover Naval Base Harbor Cruise — </w:t>
      </w:r>
      <w:r>
        <w:rPr>
          <w:rFonts w:ascii="Arial" w:hAnsi="Arial" w:cs="Arial"/>
          <w:b w:val="0"/>
          <w:i w:val="0"/>
          <w:sz w:val="20"/>
        </w:rPr>
        <w:t>A 2-hour narrated boat cruise departs from Waterside Drive and sails past active aircraft carriers, destroyers, and submarines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MacArthur Memorial — </w:t>
      </w:r>
      <w:r>
        <w:rPr>
          <w:rFonts w:ascii="Arial" w:hAnsi="Arial" w:cs="Arial"/>
          <w:b w:val="0"/>
          <w:i w:val="0"/>
          <w:sz w:val="20"/>
        </w:rPr>
        <w:t>The tomb and museum of General Douglas MacArthur, housed in Norfolk's 1850 City Hall.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Norfolk Botanical Garden — </w:t>
      </w:r>
      <w:r>
        <w:rPr>
          <w:rFonts w:ascii="Arial" w:hAnsi="Arial" w:cs="Arial"/>
          <w:b w:val="0"/>
          <w:i w:val="0"/>
          <w:sz w:val="20"/>
        </w:rPr>
        <w:t>Virginia's largest botanical garden — 175 acres with more than 60 themed gardens on the shores of Lake Whitehurst.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Naval History Loop: </w:t>
      </w:r>
      <w:r>
        <w:rPr>
          <w:rFonts w:ascii="Arial" w:hAnsi="Arial" w:cs="Arial"/>
          <w:b w:val="0"/>
          <w:i w:val="0"/>
          <w:sz w:val="20"/>
        </w:rPr>
        <w:t>1.5 miles · 45-60 min · Easy — Start at the Half Moone terminal, walk to Nauticus for a quick Battleship Wisconsin deck visit…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 &amp; History Mile: </w:t>
      </w:r>
      <w:r>
        <w:rPr>
          <w:rFonts w:ascii="Arial" w:hAnsi="Arial" w:cs="Arial"/>
          <w:b w:val="0"/>
          <w:i w:val="0"/>
          <w:sz w:val="20"/>
        </w:rPr>
        <w:t>1 mile · 30-40 min · Easy — Walk 10 minutes up Granby Street to the Chrysler Museum of Art (free), then cut two blocks east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5:57AM–8:06PM · Jul 5:58AM–8:23PM · Sep 6:47AM–7:11PM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cruiseports.org/norfolk-va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Norfolk, Virginia,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orfolk-v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Norfolk Botanical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Nauticus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Victory Rover Naval Base Cruises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Mount Trashmore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Children's Museum of Virginia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Hermitage Museum &amp; Gardens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