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Nordfjordeid,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fjord town with outsized Viking roots — home to the largest Viking ship ever found in Norway and the ancestral heartland of the iconic Fjord Horse. Easily walkable from the SeaWalk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SeaWalk (floating pier — no tender) · 🕒 Typical call: 7-9 hrs · 💵 Norwegian Krone (NOK) — cashless country · 🗣️ Norwegian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SeaWalk floating pier (220 m); ships moor bow-to-shore and the pier extends to the hull, passengers walk ashore — no tender boats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flat to Eidsgata historic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Viking history, Fjord Horse encounters, peaceful Norwegian town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Stepping aboard the reconstructed Myklebust Ship at Sagastad Viking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1,000–1,300 to Loen (~56 km) — Taxis wait at the dock for longer excursions to attractions like Loen Skylift or Briksdal Glacier. Short in-town rides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Sagastad Viking Center — </w:t>
      </w:r>
      <w:r>
        <w:rPr>
          <w:rFonts w:ascii="Arial" w:hAnsi="Arial" w:cs="Arial"/>
          <w:b w:val="0"/>
          <w:i w:val="0"/>
          <w:sz w:val="20"/>
        </w:rPr>
        <w:t>The centrepiece of Nordfjordeid — a modern museum built around the 30-metre reconstructed Myklebust Ship, the largest Viking…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Fjord Horse Centre — </w:t>
      </w:r>
      <w:r>
        <w:rPr>
          <w:rFonts w:ascii="Arial" w:hAnsi="Arial" w:cs="Arial"/>
          <w:b w:val="0"/>
          <w:i w:val="0"/>
          <w:sz w:val="20"/>
        </w:rPr>
        <w:t>Norway's national centre for the beloved Fjord Horse breed.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Loen Skylift &amp; Mount Hoven — </w:t>
      </w:r>
      <w:r>
        <w:rPr>
          <w:rFonts w:ascii="Arial" w:hAnsi="Arial" w:cs="Arial"/>
          <w:b w:val="0"/>
          <w:i w:val="0"/>
          <w:sz w:val="20"/>
        </w:rPr>
        <w:t>A 20-minute cable car ride ascends 1,011 metres above Loenfjorden for jaw-dropping 360°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Briksdal Glacier — </w:t>
      </w:r>
      <w:r>
        <w:rPr>
          <w:rFonts w:ascii="Arial" w:hAnsi="Arial" w:cs="Arial"/>
          <w:b w:val="0"/>
          <w:i w:val="0"/>
          <w:sz w:val="20"/>
        </w:rPr>
        <w:t>Visit Briksdalsbreen, an arm of the Jostedalsbreen ice cap.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Trollenykjen Viewpoint — </w:t>
      </w:r>
      <w:r>
        <w:rPr>
          <w:rFonts w:ascii="Arial" w:hAnsi="Arial" w:cs="Arial"/>
          <w:b w:val="0"/>
          <w:i w:val="0"/>
          <w:sz w:val="20"/>
        </w:rPr>
        <w:t>A well-marked trail leads up to Trollenykjen (881 m) with panoramic 360° views over Eidsfjorden, the town, and your cruise ship…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Viking &amp; Fjord Horse Loop: </w:t>
      </w:r>
      <w:r>
        <w:rPr>
          <w:rFonts w:ascii="Arial" w:hAnsi="Arial" w:cs="Arial"/>
          <w:b w:val="0"/>
          <w:i w:val="0"/>
          <w:sz w:val="20"/>
        </w:rPr>
        <w:t>3.5 km · 1.5 hrs · Easy, flat — From the SeaWalk pier, walk into town along the fjord promenade, explore Eidsgata, continue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Church Stroll: </w:t>
      </w:r>
      <w:r>
        <w:rPr>
          <w:rFonts w:ascii="Arial" w:hAnsi="Arial" w:cs="Arial"/>
          <w:b w:val="0"/>
          <w:i w:val="0"/>
          <w:sz w:val="20"/>
        </w:rPr>
        <w:t>1.5 km · 30 min · Easy — Quick loop for those with limited time — pier to Eidsgata shops and Minibakeriet bakery, then up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4:43AM–10:23PM · Jul 4:20AM–11:01PM · Sep 7:02AM–7:58PM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cruiseports.org/nordfjordeid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Nordfjordeid,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rdfjordei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Harpefossen Skisenter 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Fotostop Hornindalsvatnet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Eid kyrkje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