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Nisyros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few places on Earth where you can walk down into a living volcanic crater — Nisyros is raw, dramatic, and utterly untouched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6–8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Mandraki pier (large ships); small ships may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landing to Mandraki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crater, authentic Greek villages, volcanic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into Stefanos Crater &amp; sipping soumada in Mandraki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Negotiated; ~€15–25 per trip — Only about 2 taxis operate on the island. They can be found near the harbor or booked by phone through your hotel. Price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Stefanos Crater Walk — </w:t>
      </w:r>
      <w:r>
        <w:rPr>
          <w:rFonts w:ascii="Arial" w:hAnsi="Arial" w:cs="Arial"/>
          <w:b w:val="0"/>
          <w:i w:val="0"/>
          <w:sz w:val="20"/>
        </w:rPr>
        <w:t>Descend into one of the world's most accessible active hydrothermal craters.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Nikia Village &amp; Caldera Rim — </w:t>
      </w:r>
      <w:r>
        <w:rPr>
          <w:rFonts w:ascii="Arial" w:hAnsi="Arial" w:cs="Arial"/>
          <w:b w:val="0"/>
          <w:i w:val="0"/>
          <w:sz w:val="20"/>
        </w:rPr>
        <w:t>Perched on the crater rim, Nikia features an iconic elliptical pebble mosaic square and sweeping views into the caldera.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Paleokastro Ancient Fortress — </w:t>
      </w:r>
      <w:r>
        <w:rPr>
          <w:rFonts w:ascii="Arial" w:hAnsi="Arial" w:cs="Arial"/>
          <w:b w:val="0"/>
          <w:i w:val="0"/>
          <w:sz w:val="20"/>
        </w:rPr>
        <w:t>One of the best-preserved ancient fortresses in the Aegean, built from massive black volcanic basalt blocks in the 4th century BC.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Hohlaki Black-Stone Beach — </w:t>
      </w:r>
      <w:r>
        <w:rPr>
          <w:rFonts w:ascii="Arial" w:hAnsi="Arial" w:cs="Arial"/>
          <w:b w:val="0"/>
          <w:i w:val="0"/>
          <w:sz w:val="20"/>
        </w:rPr>
        <w:t>Just behind the Panagia Spiliani monastery, this beach of smooth jet-black volcanic stones is visually stunning.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Mandraki Village &amp; Monastery of Panagia Spiliani — </w:t>
      </w:r>
      <w:r>
        <w:rPr>
          <w:rFonts w:ascii="Arial" w:hAnsi="Arial" w:cs="Arial"/>
          <w:b w:val="0"/>
          <w:i w:val="0"/>
          <w:sz w:val="20"/>
        </w:rPr>
        <w:t>Wander the chochlakia-paved lanes of Mandraki's whitewashed labyrinth, then climb 130 steps to the 14th-century cave monastery…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Mandraki Port to Panagia Spiliani Monastery: </w:t>
      </w:r>
      <w:r>
        <w:rPr>
          <w:rFonts w:ascii="Arial" w:hAnsi="Arial" w:cs="Arial"/>
          <w:b w:val="0"/>
          <w:i w:val="0"/>
          <w:sz w:val="20"/>
        </w:rPr>
        <w:t>30–45 min • Easy–Moderate • Free — From the tender pier, stroll through Mandraki's pebble-mosaic lanes to Ilikiomeni Square,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Mandraki to Hohlaki Beach: </w:t>
      </w:r>
      <w:r>
        <w:rPr>
          <w:rFonts w:ascii="Arial" w:hAnsi="Arial" w:cs="Arial"/>
          <w:b w:val="0"/>
          <w:i w:val="0"/>
          <w:sz w:val="20"/>
        </w:rPr>
        <w:t>15 min • Easy • Free — A flat coastal walk from the pier behind the monastery to the dramatic black-stone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6:04AM–8:11PM · Jul 6:04AM–8:29PM · Sep 6:54AM–7:18PM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cruiseports.org/nisyros-island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Nisyros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sy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Nisyros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Stefanos Crater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