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Newhaven, Edinburgh,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Newhaven is Edinburgh's cruise gateway — a charming former fishing harbour with a tram stop steps from the tender pier, whisking you straight into one of Europe's most spectacular capital cities.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(ships anchor offshore) · 🕒 Typical call: 8–10 hrs · 💷 Currency: British Pound (GBP) · 🗣️ Language: English · 🚋 Tram to city centre: 25 min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Firth of Forth; ~15 min tender ride to Newhaven Harbour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tram: </w:t>
      </w:r>
      <w:r>
        <w:rPr>
          <w:rFonts w:ascii="Arial" w:hAnsi="Arial" w:cs="Arial"/>
          <w:b w:val="0"/>
          <w:i w:val="0"/>
          <w:sz w:val="20"/>
        </w:rPr>
        <w:t>5 min (flat, ~500 m) to Newhaven tram terminus; 25 min by tram to Princes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Edinburgh Castle, Royal Mile, Royal Yacht Britannia, scenic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Book Edinburgh Castle tickets online weeks ahead — they rarely sell walk-ups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£11–£17 — Licensed taxis queue near the quayside. The ride to Edinburgh city centre takes 8–11 minutes depending on traffic.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Edinburgh Castle &amp; the Royal Mile — </w:t>
      </w:r>
      <w:r>
        <w:rPr>
          <w:rFonts w:ascii="Arial" w:hAnsi="Arial" w:cs="Arial"/>
          <w:b w:val="0"/>
          <w:i w:val="0"/>
          <w:sz w:val="20"/>
        </w:rPr>
        <w:t>Scotland's most visited attraction crowns the volcanic rock above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Yacht Britannia — </w:t>
      </w:r>
      <w:r>
        <w:rPr>
          <w:rFonts w:ascii="Arial" w:hAnsi="Arial" w:cs="Arial"/>
          <w:b w:val="0"/>
          <w:i w:val="0"/>
          <w:sz w:val="20"/>
        </w:rPr>
        <w:t>Queen Elizabeth II's former royal yacht is permanently berthed at Ocean Terminal, a 15-minute walk from the tender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 of Scotland — </w:t>
      </w:r>
      <w:r>
        <w:rPr>
          <w:rFonts w:ascii="Arial" w:hAnsi="Arial" w:cs="Arial"/>
          <w:b w:val="0"/>
          <w:i w:val="0"/>
          <w:sz w:val="20"/>
        </w:rPr>
        <w:t>Free and outstanding — covers Scottish history, science, fashion, and natural history across grand Victorian galleries.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of Holyroodhouse — </w:t>
      </w:r>
      <w:r>
        <w:rPr>
          <w:rFonts w:ascii="Arial" w:hAnsi="Arial" w:cs="Arial"/>
          <w:b w:val="0"/>
          <w:i w:val="0"/>
          <w:sz w:val="20"/>
        </w:rPr>
        <w:t>The King's official Scottish residence anchors the bottom of the Royal Mile.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Arthur's Seat Hike — </w:t>
      </w:r>
      <w:r>
        <w:rPr>
          <w:rFonts w:ascii="Arial" w:hAnsi="Arial" w:cs="Arial"/>
          <w:b w:val="0"/>
          <w:i w:val="0"/>
          <w:sz w:val="20"/>
        </w:rPr>
        <w:t>An extinct volcano rising 251 m above Edinburgh — the summit offers panoramic views over the city, the Firth of Forth, and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Newhaven Harbour &amp; Lighthouse Loop: </w:t>
      </w:r>
      <w:r>
        <w:rPr>
          <w:rFonts w:ascii="Arial" w:hAnsi="Arial" w:cs="Arial"/>
          <w:b w:val="0"/>
          <w:i w:val="0"/>
          <w:sz w:val="20"/>
        </w:rPr>
        <w:t>1 km · 20 min · Flat · Free — From the tender pontoon, walk around the picturesque 19th-century stone harbour, past the octagonal…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Newhaven to Leith Waterfront: </w:t>
      </w:r>
      <w:r>
        <w:rPr>
          <w:rFonts w:ascii="Arial" w:hAnsi="Arial" w:cs="Arial"/>
          <w:b w:val="0"/>
          <w:i w:val="0"/>
          <w:sz w:val="20"/>
        </w:rPr>
        <w:t>2.5 km · 35 min · Flat · Free — Head east along the Shore path from Newhaven through the trendy Leith waterfront.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5:01AM–9:18PM · Jul 4:47AM–9:48PM · Sep 6:44AM–7:30PM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cruiseports.org/newhaven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Newhaven, Edinburgh,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hav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Rosslyn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Scotland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Edinburgh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Real Mary King's Close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Royal Yacht Britannia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Edinburgh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Scottish Parliament Building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Scotch Whisky Experience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