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New Plymouth, Taranaki,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volcanic cone rising behind a surf coast, world-class kinetic art in the CBD, and Māori legends woven into every hillside — New Plymouth punches well above its size for a cruise day ashore.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(Port Taranaki) · 🚌 Shuttle required to CBD · 🕒 Typical call: 8-10 hrs · 💵 NZD — cards accepted everywhere · 🗣️ English / Te Reo Māori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Port Taranaki; mandatory shuttle to port gate or CBD (~10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through active port; shuttle drops at Puke Ariki on the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 lovers, volcano trekkers, coastal walkers, and foodie café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Govett-Brewster / Len Lye Centre and the Coastal Walkway Wind Wand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NZD 15–20 — Taxis wait at the port gate for the approximately 2.5 km ride to the New Plymouth city center. Pre-booked services like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Taranaki &amp; Egmont National Park — </w:t>
      </w:r>
      <w:r>
        <w:rPr>
          <w:rFonts w:ascii="Arial" w:hAnsi="Arial" w:cs="Arial"/>
          <w:b w:val="0"/>
          <w:i w:val="0"/>
          <w:sz w:val="20"/>
        </w:rPr>
        <w:t>A near-perfect dormant stratovolcano — and the reason The Last Samurai was filmed here (it doubles for Mt Fuji).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Govett-Brewster Art Gallery / Len Lye Centre — </w:t>
      </w:r>
      <w:r>
        <w:rPr>
          <w:rFonts w:ascii="Arial" w:hAnsi="Arial" w:cs="Arial"/>
          <w:b w:val="0"/>
          <w:i w:val="0"/>
          <w:sz w:val="20"/>
        </w:rPr>
        <w:t>New Zealand's leading contemporary art museum, housed in a striking stainless-steel building in the CBD.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Walkway &amp; Wind Wand — </w:t>
      </w:r>
      <w:r>
        <w:rPr>
          <w:rFonts w:ascii="Arial" w:hAnsi="Arial" w:cs="Arial"/>
          <w:b w:val="0"/>
          <w:i w:val="0"/>
          <w:sz w:val="20"/>
        </w:rPr>
        <w:t>A flat, paved 13 km coastal path hugging the Tasman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Puke Ariki Museum — </w:t>
      </w:r>
      <w:r>
        <w:rPr>
          <w:rFonts w:ascii="Arial" w:hAnsi="Arial" w:cs="Arial"/>
          <w:b w:val="0"/>
          <w:i w:val="0"/>
          <w:sz w:val="20"/>
        </w:rPr>
        <w:t>The city's excellent free museum on the seafront covers Taranaki Māori history, the geology of Mt Taranaki, and the region's…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Pukeiti Rhododendron Garden — </w:t>
      </w:r>
      <w:r>
        <w:rPr>
          <w:rFonts w:ascii="Arial" w:hAnsi="Arial" w:cs="Arial"/>
          <w:b w:val="0"/>
          <w:i w:val="0"/>
          <w:sz w:val="20"/>
        </w:rPr>
        <w:t>A world-renowned rhododendron garden set in lush native rainforest on the lower slopes of Mt Taranaki, about 30 min from port.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Walkway: CBD to the Wave-Arch Bridge: </w:t>
      </w:r>
      <w:r>
        <w:rPr>
          <w:rFonts w:ascii="Arial" w:hAnsi="Arial" w:cs="Arial"/>
          <w:b w:val="0"/>
          <w:i w:val="0"/>
          <w:sz w:val="20"/>
        </w:rPr>
        <w:t>12 km return | Easy, flat | Allow 3-4 hrs or rent a bike — From the Puke Ariki drop-off, walk west along the paved Coastal Walkway past the Wind Wand, Ngāmotu…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CBD Art &amp; Park Loop: </w:t>
      </w:r>
      <w:r>
        <w:rPr>
          <w:rFonts w:ascii="Arial" w:hAnsi="Arial" w:cs="Arial"/>
          <w:b w:val="0"/>
          <w:i w:val="0"/>
          <w:sz w:val="20"/>
        </w:rPr>
        <w:t>2-3 km | Easy | Allow 2-3 hrs — From the shuttle drop, walk to the Govett-Brewster Art Gallery / Len Lye Centre on Queen Street…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7:19AM–5:19PM · Jul 7:39AM–5:19PM · Sep 6:25AM–6:13PM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cruiseports.org/new-plymouth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New Plymouth, Taranaki, New Zealand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w-plymout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Puke Ariki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Coastal Walkway Foreshore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 Kainga Marire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Fitzroy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Brooklands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Pouakai Zoo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 Plymouth Observatory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