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Nawiliwili, Kauai, Hawaii,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Kauai's main cruise harbor opens the door to the Garden Isle — towering Na Pali cliffs, the Grand Canyon of the Pacific, and a beach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pier at Nawiliwili Harbor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Kalapaki Beach 10 min; Anchor Cove shops 10 min; Lihue ~2 mi (taxi/rideshare)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Helicopter tours, Na Pali Coast sails, Waimea Canyon, beach time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Fern Grotto river cruise or a helicopter flight over the Na Pali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$15–19 to Lihue town center — Taxis are available at the pier and can reach Lihue town center in about 3 minutes (2 miles). Fares vary by operator.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Clark's Hawaii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 Pali Coast Snorkel &amp; Sail — </w:t>
      </w:r>
      <w:r>
        <w:rPr>
          <w:rFonts w:ascii="Arial" w:hAnsi="Arial" w:cs="Arial"/>
          <w:b w:val="0"/>
          <w:i w:val="0"/>
          <w:sz w:val="20"/>
        </w:rPr>
        <w:t>Board a catamaran or raft from Port Allen (~35 min drive) and cruise along the dramatic Na Pali cliffs, snorkel pristine reefs…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Helicopter Tour Over Kauai — </w:t>
      </w:r>
      <w:r>
        <w:rPr>
          <w:rFonts w:ascii="Arial" w:hAnsi="Arial" w:cs="Arial"/>
          <w:b w:val="0"/>
          <w:i w:val="0"/>
          <w:sz w:val="20"/>
        </w:rPr>
        <w:t>See Waialeale Crater, Na Pali Coast, and Waimea Canyon from the air — Kauai's rugged interior is largely inaccessible by road…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Waimea Canyon Drive — </w:t>
      </w:r>
      <w:r>
        <w:rPr>
          <w:rFonts w:ascii="Arial" w:hAnsi="Arial" w:cs="Arial"/>
          <w:b w:val="0"/>
          <w:i w:val="0"/>
          <w:sz w:val="20"/>
        </w:rPr>
        <w:t>Drive to the 'Grand Canyon of the Pacific' — 3,600 feet deep with vivid red rock walls and lush green ridges.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Wailua River &amp; Fern Grotto — </w:t>
      </w:r>
      <w:r>
        <w:rPr>
          <w:rFonts w:ascii="Arial" w:hAnsi="Arial" w:cs="Arial"/>
          <w:b w:val="0"/>
          <w:i w:val="0"/>
          <w:sz w:val="20"/>
        </w:rPr>
        <w:t>A peaceful river cruise up the Wailua River to a natural lava-rock fern grotto draped in tropical ferns.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Poipu Beach Day — </w:t>
      </w:r>
      <w:r>
        <w:rPr>
          <w:rFonts w:ascii="Arial" w:hAnsi="Arial" w:cs="Arial"/>
          <w:b w:val="0"/>
          <w:i w:val="0"/>
          <w:sz w:val="20"/>
        </w:rPr>
        <w:t>Consistently ranked one of America's best beaches, Poipu offers calm swimming, snorkeling, and regular sightings of Hawaiian monk…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Kalapaki Beach: </w:t>
      </w:r>
      <w:r>
        <w:rPr>
          <w:rFonts w:ascii="Arial" w:hAnsi="Arial" w:cs="Arial"/>
          <w:b w:val="0"/>
          <w:i w:val="0"/>
          <w:sz w:val="20"/>
        </w:rPr>
        <w:t>0.5 mi · 10 min · Easy — Walk from the pier exit along the harbor road to Kalapaki Beach — a crescent of calm sand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Kalapaki to Anchor Cove &amp; Lihue Center: </w:t>
      </w:r>
      <w:r>
        <w:rPr>
          <w:rFonts w:ascii="Arial" w:hAnsi="Arial" w:cs="Arial"/>
          <w:b w:val="0"/>
          <w:i w:val="0"/>
          <w:sz w:val="20"/>
        </w:rPr>
        <w:t>0.7 mi · 15 min · Easy — From Kalapaki Beach stroll along Rice Street to Anchor Cove Shopping Center and Harbor Mall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5:58AM–7:09PM · Jul 6:03AM–7:23PM · Sep 6:24AM–6:39PM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cruiseports.org/nawiliwili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Nawiliwili, Kauai, Hawaii,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wiliwil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Kilohana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Wailua Falls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Kipu Ranch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Kapa'a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Kauai Backcountry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Wailua Golf Course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Ninini Point Lighthouse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