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Narsarsuaq, South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remote WWII airbase turned gateway to Viking history and Arctic ice — Narsarsuaq delivers raw Greenlandic wilderness without a tourist infrastructure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(small pier) · 🕒 Typical call: 6-8 hrs · 💵 Danish Krone (DKK) · 🗣️ Greenlandic &amp; Danish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 pier can berth vessels up to ~118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~1.2 km (15-20 min) from tender pier to hotel/airport area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Viking history, iceberg boat tours, Arctic hiking, WWII buffs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Qassiarsuk (Erik the Red's Norse settlement) across the fjord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Qassiarsuk — Erik the Red's Viking Settlement — </w:t>
      </w:r>
      <w:r>
        <w:rPr>
          <w:rFonts w:ascii="Arial" w:hAnsi="Arial" w:cs="Arial"/>
          <w:b w:val="0"/>
          <w:i w:val="0"/>
          <w:sz w:val="20"/>
        </w:rPr>
        <w:t>A 15-minute boat ride across the fjord brings you to Brattahlid, where Norse explorer Erik the Red settled around 982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Qooroq Ice Fjord Boat Tour — </w:t>
      </w:r>
      <w:r>
        <w:rPr>
          <w:rFonts w:ascii="Arial" w:hAnsi="Arial" w:cs="Arial"/>
          <w:b w:val="0"/>
          <w:i w:val="0"/>
          <w:sz w:val="20"/>
        </w:rPr>
        <w:t>Speed through a maze of massive blue icebergs calved from the Qooroq Glacier, a tongue of the Greenland Ice Sheet.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Narsarsuaq Museum &amp; WWII Bluie West One — </w:t>
      </w:r>
      <w:r>
        <w:rPr>
          <w:rFonts w:ascii="Arial" w:hAnsi="Arial" w:cs="Arial"/>
          <w:b w:val="0"/>
          <w:i w:val="0"/>
          <w:sz w:val="20"/>
        </w:rPr>
        <w:t>Narsarsuaq was built in 1941 as a secret US Army Air Forces base codenamed Bluie West 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Valley of Flowers &amp; Glacier Hike — </w:t>
      </w:r>
      <w:r>
        <w:rPr>
          <w:rFonts w:ascii="Arial" w:hAnsi="Arial" w:cs="Arial"/>
          <w:b w:val="0"/>
          <w:i w:val="0"/>
          <w:sz w:val="20"/>
        </w:rPr>
        <w:t>A strenuous guided hike through a wildflower-filled valley before ascending to a viewpoint of the Narsarsuaq Glacier.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Greenland Arboretum Walk — </w:t>
      </w:r>
      <w:r>
        <w:rPr>
          <w:rFonts w:ascii="Arial" w:hAnsi="Arial" w:cs="Arial"/>
          <w:b w:val="0"/>
          <w:i w:val="0"/>
          <w:sz w:val="20"/>
        </w:rPr>
        <w:t>Visit the unlikely Arboretum Groenlandicum, a 150-hectare planted forest in a land with no native trees.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Museum &amp; Arboretum Loop: </w:t>
      </w:r>
      <w:r>
        <w:rPr>
          <w:rFonts w:ascii="Arial" w:hAnsi="Arial" w:cs="Arial"/>
          <w:b w:val="0"/>
          <w:i w:val="0"/>
          <w:sz w:val="20"/>
        </w:rPr>
        <w:t>2-3 km | Easy | ~1 hr — Walk from the tender pier along the main road past Hotel Narsarsuaq to the WWII-era museum,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Hospital Valley Ruins Walk: </w:t>
      </w:r>
      <w:r>
        <w:rPr>
          <w:rFonts w:ascii="Arial" w:hAnsi="Arial" w:cs="Arial"/>
          <w:b w:val="0"/>
          <w:i w:val="0"/>
          <w:sz w:val="20"/>
        </w:rPr>
        <w:t>3-4 km round trip | Easy-moderate | ~1.5 hrs — Follow the track behind the airport toward the old US military hospital valley.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6:40AM–9:24PM · Aug 6:11AM–9:58PM · Sep 7:29AM–8:22PM · Oct 8:44AM–6:48PM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insect repellent and a head net. July and August mosquitoes and blackflies in South Greenland are aggressive. A head net is not optional — it's survival…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boat tours before you arrive. Qassiarsuk and Qooroq tours have limited capacity. Reserve through your cruise line or operators such as World of Greenland…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some Danish Krone cash. Cards work at the hotel, museum, and Pilersuisoq supermarket, but the ATM at the airport is notoriously unreliable.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cruiseports.org/narsarsuaq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