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Napier, Hawke's Bay, New Zealand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Rebuilt overnight after a 1931 earthquake, Napier emerged as one of the world's most cohesive Art Deco cities — all pastel facades, sunken gardens, and vine-laced hills rolling to the sea.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(docked, shuttle required) · 🕒 Typical call: 8-10 hrs · 💵 NZD — cards accepted everywhere · 🗣️ English · 🍷 Hawke's Bay wine region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Napier Port; free shuttle ~10 min to city centre (walking the port is prohibited)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0 min from shuttle drop-off at Marine Parade i-SITE; CBD is flat and compact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Art Deco architecture, Hawke's Bay wine, Cape Kidnappers gannets, waterfront strolls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Self-guided Art Deco walk on Emerson &amp; Tennyson Streets; MTG Hawke's Bay earthquake exhibit (free)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NZ–15 — Taxis cannot access the cruise wharf directly; take the free shuttle to the i-SITE first. Local operators include Hawke'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Guided Art Deco Walking Tour — </w:t>
      </w:r>
      <w:r>
        <w:rPr>
          <w:rFonts w:ascii="Arial" w:hAnsi="Arial" w:cs="Arial"/>
          <w:b w:val="0"/>
          <w:i w:val="0"/>
          <w:sz w:val="20"/>
        </w:rPr>
        <w:t>Expert local guides from the Art Deco Trust lead you through Napier's remarkable 1930s streetscapes, explaining the earthquake…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Cape Kidnappers Gannet Safari — </w:t>
      </w:r>
      <w:r>
        <w:rPr>
          <w:rFonts w:ascii="Arial" w:hAnsi="Arial" w:cs="Arial"/>
          <w:b w:val="0"/>
          <w:i w:val="0"/>
          <w:sz w:val="20"/>
        </w:rPr>
        <w:t>A 4WD overland safari to the world's largest and most accessible mainland Australasian gannet colony.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Hawke's Bay Winery Lunch — </w:t>
      </w:r>
      <w:r>
        <w:rPr>
          <w:rFonts w:ascii="Arial" w:hAnsi="Arial" w:cs="Arial"/>
          <w:b w:val="0"/>
          <w:i w:val="0"/>
          <w:sz w:val="20"/>
        </w:rPr>
        <w:t>Hawke's Bay produces some of New Zealand's finest Syrah and Chardonnay.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Napier Prison Tour — </w:t>
      </w:r>
      <w:r>
        <w:rPr>
          <w:rFonts w:ascii="Arial" w:hAnsi="Arial" w:cs="Arial"/>
          <w:b w:val="0"/>
          <w:i w:val="0"/>
          <w:sz w:val="20"/>
        </w:rPr>
        <w:t>New Zealand's oldest prison, established 1862, sits on the side of Bluff Hill.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National Aquarium of New Zealand — </w:t>
      </w:r>
      <w:r>
        <w:rPr>
          <w:rFonts w:ascii="Arial" w:hAnsi="Arial" w:cs="Arial"/>
          <w:b w:val="0"/>
          <w:i w:val="0"/>
          <w:sz w:val="20"/>
        </w:rPr>
        <w:t>A 1.5-million-litre oceanarium with a walk-through shark tunnel, little blue penguins, and nocturnal kiwi birds — a great option…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Art Deco Quarter Self-Guided Walk: </w:t>
      </w:r>
      <w:r>
        <w:rPr>
          <w:rFonts w:ascii="Arial" w:hAnsi="Arial" w:cs="Arial"/>
          <w:b w:val="0"/>
          <w:i w:val="0"/>
          <w:sz w:val="20"/>
        </w:rPr>
        <w:t>1–2 hrs · Flat · Free — Start at the i-SITE on Marine Parade, walk up Emerson Street to the Art Deco Centre on Tennyson…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Marine Parade Waterfront Stroll: </w:t>
      </w:r>
      <w:r>
        <w:rPr>
          <w:rFonts w:ascii="Arial" w:hAnsi="Arial" w:cs="Arial"/>
          <w:b w:val="0"/>
          <w:i w:val="0"/>
          <w:sz w:val="20"/>
        </w:rPr>
        <w:t>45 min · Flat · Free — Head south from the i-SITE along Marine Parade to the National Aquarium.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Bluff Hill Lookout: </w:t>
      </w:r>
      <w:r>
        <w:rPr>
          <w:rFonts w:ascii="Arial" w:hAnsi="Arial" w:cs="Arial"/>
          <w:b w:val="0"/>
          <w:i w:val="0"/>
          <w:sz w:val="20"/>
        </w:rPr>
        <w:t>1–1.5 hrs return · Steep · Free — A genuine climb up the hill east of the CBD rewards you with panoramic views over Napier Port (you…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7:09AM–5:07PM · Jul 7:29AM–5:07PM · Sep 6:13AM–6:02PM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cruiseports.org/napier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Napier, Hawke's Bay, New Zealand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apie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Aquarium of New Zealand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Faraday Museum of Technology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Napier isite Visitor Information Centre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Hawke's Bay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Ahuriri Estuary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Tom Parker Fountain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Maraenui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Botanical gardens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