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Namsos, Trøndelag,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Norway's Rock City punches well above its small-town weight — within steps of the pier you'll find a music museum carved from national legend, a mountain with panoramic fjord views, and a fascinating WWII story written into the town's distinctive postwar reconstruction architecture.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(direct dock) · 🕒 Typical call: 6-8 hrs · 💵 Norwegian Krone (NOK) — cards accepted everywhere · 🗣️ Norwegian / English widely spoken · 🎸 Rock music capital of Norway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kai 68 (turistskipskaia), central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2-5 minutes, flat terrain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Music culture, WWII history, fjord scenery, authentic small-town Norway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Rock City Namsos museum and the Klompen viewpoint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NOK 150–250 — Local taxis (Namsos Taxi SA, TrønderTaxi) serve the area; short in-town rides typically cost NOK 150–250. Book by phone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Rock City Namsos — </w:t>
      </w:r>
      <w:r>
        <w:rPr>
          <w:rFonts w:ascii="Arial" w:hAnsi="Arial" w:cs="Arial"/>
          <w:b w:val="0"/>
          <w:i w:val="0"/>
          <w:sz w:val="20"/>
        </w:rPr>
        <w:t>Norway's national pop and rock music resource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Klompen Viewpoint Hike — </w:t>
      </w:r>
      <w:r>
        <w:rPr>
          <w:rFonts w:ascii="Arial" w:hAnsi="Arial" w:cs="Arial"/>
          <w:b w:val="0"/>
          <w:i w:val="0"/>
          <w:sz w:val="20"/>
        </w:rPr>
        <w:t>A 114-metre hill (Klompen, also called Bjørumsklumpen) at the edge of town rewards a 15-20 minute climb with 360-degree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Namdalsmuseet Open-Air Museum — </w:t>
      </w:r>
      <w:r>
        <w:rPr>
          <w:rFonts w:ascii="Arial" w:hAnsi="Arial" w:cs="Arial"/>
          <w:b w:val="0"/>
          <w:i w:val="0"/>
          <w:sz w:val="20"/>
        </w:rPr>
        <w:t>One of Norway's oldest open-air museums, with 20+ historic wooden buildings from the 17th–20th centuries illustrating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Spillum Dampsag — Steam Sawmill — </w:t>
      </w:r>
      <w:r>
        <w:rPr>
          <w:rFonts w:ascii="Arial" w:hAnsi="Arial" w:cs="Arial"/>
          <w:b w:val="0"/>
          <w:i w:val="0"/>
          <w:sz w:val="20"/>
        </w:rPr>
        <w:t>Norway's only major preserved steam-powered sawmill (the Norwegian Sawmill Museum / Norsk Sagbruksmuseum) is a national…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Oasen Mountain Pool — </w:t>
      </w:r>
      <w:r>
        <w:rPr>
          <w:rFonts w:ascii="Arial" w:hAnsi="Arial" w:cs="Arial"/>
          <w:b w:val="0"/>
          <w:i w:val="0"/>
          <w:sz w:val="20"/>
        </w:rPr>
        <w:t>A spectacular swimming facility carved entirely inside a hollowed-out mountain — 50-metre pool, waterslides, and hot tubs.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Rock City &amp; Town Centre: </w:t>
      </w:r>
      <w:r>
        <w:rPr>
          <w:rFonts w:ascii="Arial" w:hAnsi="Arial" w:cs="Arial"/>
          <w:b w:val="0"/>
          <w:i w:val="0"/>
          <w:sz w:val="20"/>
        </w:rPr>
        <w:t>45 min | Easy | Flat — From the pier, walk south along the waterfront to Rock City Namsos (5 min).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Klompen Viewpoint Walk: </w:t>
      </w:r>
      <w:r>
        <w:rPr>
          <w:rFonts w:ascii="Arial" w:hAnsi="Arial" w:cs="Arial"/>
          <w:b w:val="0"/>
          <w:i w:val="0"/>
          <w:sz w:val="20"/>
        </w:rPr>
        <w:t>1 hr round trip | Moderate | Road or trail — Head from the town centre toward the hill known as Klompen (Bjørumsklumpen).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Namdalsmuseet Loop: </w:t>
      </w:r>
      <w:r>
        <w:rPr>
          <w:rFonts w:ascii="Arial" w:hAnsi="Arial" w:cs="Arial"/>
          <w:b w:val="0"/>
          <w:i w:val="0"/>
          <w:sz w:val="20"/>
        </w:rPr>
        <w:t>1 hr walking | Easy | 1 km each way — Walk 1 km from the pier to the Namdal Museum (Namdalsmuseet) open-air site.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3:55AM–10:27PM · Sep 6:37AM–7:39PM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cruiseports.org/namsos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Namsos, Trøndelag,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ms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Namdalsmuseet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Bjørumsklompen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Sawmill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