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Nain, Nunatsiavut, Canada</w:t>
      </w:r>
    </w:p>
    <w:p>
      <w:pPr>
        <w:spacing w:after="60" w:before="0" w:lineRule="auto" w:line="240"/>
      </w:pPr>
      <w:r>
        <w:rPr>
          <w:rFonts w:ascii="Arial" w:hAnsi="Arial" w:cs="Arial"/>
          <w:b w:val="0"/>
          <w:i/>
          <w:color w:val="5B6470"/>
          <w:sz w:val="19"/>
        </w:rPr>
        <w:t>The administrative capital of Nunatsiavut, Nain is a living Inuit community where the Inuttitut language echoes off gravel streets and the Torngat Mountains rise beyond the bay. Expedition ships tender ashore to one of Canada's most remote and culturally intact Arctic towns.</w:t>
      </w:r>
    </w:p>
    <w:p>
      <w:pPr>
        <w:spacing w:after="40" w:before="0" w:lineRule="auto" w:line="240"/>
      </w:pPr>
      <w:r>
        <w:rPr>
          <w:rFonts w:ascii="Arial" w:hAnsi="Arial" w:cs="Arial"/>
          <w:b w:val="0"/>
          <w:i w:val="0"/>
          <w:color w:val="5B6470"/>
          <w:sz w:val="18"/>
        </w:rPr>
        <w:t>⚓ Tender port (no pier) · 🕒 Typical call: 6–8 hrs · 💵 Canadian Dollar (CAD) · 🗣️ English &amp; Inuttitut · 🐻 Bear-country protocols apply</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Tender / Zodiac — ships anchor in Unity Bay; passengers land at the Nain Town Wharf</w:t>
      </w:r>
    </w:p>
    <w:p>
      <w:pPr>
        <w:pStyle w:val="ListBullet"/>
        <w:spacing w:after="30" w:before="0" w:lineRule="auto" w:line="240"/>
      </w:pPr>
      <w:r>
        <w:rPr>
          <w:rFonts w:ascii="Arial" w:hAnsi="Arial" w:cs="Arial"/>
          <w:b/>
          <w:i w:val="0"/>
          <w:sz w:val="20"/>
        </w:rPr>
        <w:t xml:space="preserve">Walk to centre: </w:t>
      </w:r>
      <w:r>
        <w:rPr>
          <w:rFonts w:ascii="Arial" w:hAnsi="Arial" w:cs="Arial"/>
          <w:b w:val="0"/>
          <w:i w:val="0"/>
          <w:sz w:val="20"/>
        </w:rPr>
        <w:t>5–10 min from the wharf; town is compact and walkable on gravel roads</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Indigenous culture, expedition landscapes, Labradorite shopping, Torngat excursions</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Illusuak Cultural Centre and buying Labradorite jewellery directly from local artisans</w:t>
      </w:r>
    </w:p>
    <w:p>
      <w:pPr>
        <w:spacing w:after="40" w:before="140" w:lineRule="auto" w:line="240"/>
        <w:pBdr>
          <w:bottom w:val="single" w:sz="6" w:space="1" w:color="b5392f"/>
        </w:pBdr>
      </w:pPr>
      <w:r>
        <w:rPr>
          <w:rFonts w:ascii="Arial" w:hAnsi="Arial" w:cs="Arial"/>
          <w:b/>
          <w:i w:val="0"/>
          <w:color w:val="B5392F"/>
          <w:sz w:val="21"/>
        </w:rPr>
        <w:t>GETTING AROUND</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Illusuak Cultural Centre Visit — </w:t>
      </w:r>
      <w:r>
        <w:rPr>
          <w:rFonts w:ascii="Arial" w:hAnsi="Arial" w:cs="Arial"/>
          <w:b w:val="0"/>
          <w:i w:val="0"/>
          <w:sz w:val="20"/>
        </w:rPr>
        <w:t>This award-winning building — designed to evoke a traditional sod house — houses world-class exhibits on Inuit history, language…</w:t>
      </w:r>
    </w:p>
    <w:p>
      <w:pPr>
        <w:pStyle w:val="ListBullet"/>
        <w:spacing w:after="30" w:before="0" w:lineRule="auto" w:line="240"/>
      </w:pPr>
      <w:r>
        <w:rPr>
          <w:rFonts w:ascii="Arial" w:hAnsi="Arial" w:cs="Arial"/>
          <w:b/>
          <w:i w:val="0"/>
          <w:sz w:val="20"/>
        </w:rPr>
        <w:t xml:space="preserve">Torngat Mountains National Park Flight — </w:t>
      </w:r>
      <w:r>
        <w:rPr>
          <w:rFonts w:ascii="Arial" w:hAnsi="Arial" w:cs="Arial"/>
          <w:b w:val="0"/>
          <w:i w:val="0"/>
          <w:sz w:val="20"/>
        </w:rPr>
        <w:t>If your cruise line offers a helicopter or Zodiac excursion into the Torngat fjords, take it without hesitation.</w:t>
      </w:r>
    </w:p>
    <w:p>
      <w:pPr>
        <w:pStyle w:val="ListBullet"/>
        <w:spacing w:after="30" w:before="0" w:lineRule="auto" w:line="240"/>
      </w:pPr>
      <w:r>
        <w:rPr>
          <w:rFonts w:ascii="Arial" w:hAnsi="Arial" w:cs="Arial"/>
          <w:b/>
          <w:i w:val="0"/>
          <w:sz w:val="20"/>
        </w:rPr>
        <w:t xml:space="preserve">Moravian Mission Station &amp; Church — </w:t>
      </w:r>
      <w:r>
        <w:rPr>
          <w:rFonts w:ascii="Arial" w:hAnsi="Arial" w:cs="Arial"/>
          <w:b w:val="0"/>
          <w:i w:val="0"/>
          <w:sz w:val="20"/>
        </w:rPr>
        <w:t>Nain was founded in 1771 by Moravian missionaries from Germany, and the original mission buildings survive.</w:t>
      </w:r>
    </w:p>
    <w:p>
      <w:pPr>
        <w:pStyle w:val="ListBullet"/>
        <w:spacing w:after="30" w:before="0" w:lineRule="auto" w:line="240"/>
      </w:pPr>
      <w:r>
        <w:rPr>
          <w:rFonts w:ascii="Arial" w:hAnsi="Arial" w:cs="Arial"/>
          <w:b/>
          <w:i w:val="0"/>
          <w:sz w:val="20"/>
        </w:rPr>
        <w:t xml:space="preserve">Zodiac Wildlife Exploration — </w:t>
      </w:r>
      <w:r>
        <w:rPr>
          <w:rFonts w:ascii="Arial" w:hAnsi="Arial" w:cs="Arial"/>
          <w:b w:val="0"/>
          <w:i w:val="0"/>
          <w:sz w:val="20"/>
        </w:rPr>
        <w:t>Expedition ships often run Zodiac cruises along the shores near Nain, offering close views of seabirds, harbour seals, and — if…</w:t>
      </w:r>
    </w:p>
    <w:p>
      <w:pPr>
        <w:pStyle w:val="ListBullet"/>
        <w:spacing w:after="30" w:before="0" w:lineRule="auto" w:line="240"/>
      </w:pPr>
      <w:r>
        <w:rPr>
          <w:rFonts w:ascii="Arial" w:hAnsi="Arial" w:cs="Arial"/>
          <w:b/>
          <w:i w:val="0"/>
          <w:sz w:val="20"/>
        </w:rPr>
        <w:t xml:space="preserve">Indigenous Arts &amp; Crafts Market — </w:t>
      </w:r>
      <w:r>
        <w:rPr>
          <w:rFonts w:ascii="Arial" w:hAnsi="Arial" w:cs="Arial"/>
          <w:b w:val="0"/>
          <w:i w:val="0"/>
          <w:sz w:val="20"/>
        </w:rPr>
        <w:t>Local artisans sell soapstone carvings, sealskin crafts, beadwork, and Labradorite jewellery — the iridescent gemstone first…</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Wharf to Illusuak &amp; Moravian Church Loop: </w:t>
      </w:r>
      <w:r>
        <w:rPr>
          <w:rFonts w:ascii="Arial" w:hAnsi="Arial" w:cs="Arial"/>
          <w:b w:val="0"/>
          <w:i w:val="0"/>
          <w:sz w:val="20"/>
        </w:rPr>
        <w:t>1.5 km | Easy | ~30–40 min — From the town wharf, walk into town along the main road to the Illusuak Cultural Centre (about 400…</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41</w:t>
            </w:r>
          </w:p>
        </w:tc>
        <w:tc>
          <w:tcPr>
            <w:tcW w:type="dxa" w:w="2628"/>
          </w:tcPr>
          <w:p>
            <w:pPr>
              <w:jc w:val="center"/>
            </w:pPr>
            <w:r>
              <w:rPr>
                <w:rFonts w:ascii="Arial" w:hAnsi="Arial" w:cs="Arial"/>
                <w:b w:val="0"/>
                <w:i w:val="0"/>
                <w:sz w:val="18"/>
              </w:rPr>
              <w:t>29</w:t>
            </w:r>
          </w:p>
        </w:tc>
        <w:tc>
          <w:tcPr>
            <w:tcW w:type="dxa" w:w="2628"/>
          </w:tcPr>
          <w:p>
            <w:pPr>
              <w:jc w:val="center"/>
            </w:pPr>
            <w:r>
              <w:rPr>
                <w:rFonts w:ascii="Arial" w:hAnsi="Arial" w:cs="Arial"/>
                <w:b w:val="0"/>
                <w:i w:val="0"/>
                <w:sz w:val="18"/>
              </w:rPr>
              <w:t>13</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60</w:t>
            </w:r>
          </w:p>
        </w:tc>
        <w:tc>
          <w:tcPr>
            <w:tcW w:type="dxa" w:w="2628"/>
          </w:tcPr>
          <w:p>
            <w:pPr>
              <w:jc w:val="center"/>
            </w:pPr>
            <w:r>
              <w:rPr>
                <w:rFonts w:ascii="Arial" w:hAnsi="Arial" w:cs="Arial"/>
                <w:b w:val="0"/>
                <w:i w:val="0"/>
                <w:sz w:val="18"/>
              </w:rPr>
              <w:t>46</w:t>
            </w:r>
          </w:p>
        </w:tc>
        <w:tc>
          <w:tcPr>
            <w:tcW w:type="dxa" w:w="2628"/>
          </w:tcPr>
          <w:p>
            <w:pPr>
              <w:jc w:val="center"/>
            </w:pPr>
            <w:r>
              <w:rPr>
                <w:rFonts w:ascii="Arial" w:hAnsi="Arial" w:cs="Arial"/>
                <w:b w:val="0"/>
                <w:i w:val="0"/>
                <w:sz w:val="18"/>
              </w:rPr>
              <w:t>11</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54</w:t>
            </w:r>
          </w:p>
        </w:tc>
        <w:tc>
          <w:tcPr>
            <w:tcW w:type="dxa" w:w="2628"/>
          </w:tcPr>
          <w:p>
            <w:pPr>
              <w:jc w:val="center"/>
            </w:pPr>
            <w:r>
              <w:rPr>
                <w:rFonts w:ascii="Arial" w:hAnsi="Arial" w:cs="Arial"/>
                <w:b w:val="0"/>
                <w:i w:val="0"/>
                <w:sz w:val="18"/>
              </w:rPr>
              <w:t>41</w:t>
            </w:r>
          </w:p>
        </w:tc>
        <w:tc>
          <w:tcPr>
            <w:tcW w:type="dxa" w:w="2628"/>
          </w:tcPr>
          <w:p>
            <w:pPr>
              <w:jc w:val="center"/>
            </w:pPr>
            <w:r>
              <w:rPr>
                <w:rFonts w:ascii="Arial" w:hAnsi="Arial" w:cs="Arial"/>
                <w:b w:val="0"/>
                <w:i w:val="0"/>
                <w:sz w:val="18"/>
              </w:rPr>
              <w:t>16</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4:59AM–9:07PM · Jul 4:46AM–9:39PM · Sep 6:48AM–7:15PM</w:t>
      </w:r>
    </w:p>
    <w:p>
      <w:pPr>
        <w:spacing w:after="40" w:before="120" w:lineRule="auto" w:line="240"/>
      </w:pPr>
      <w:r>
        <w:rPr>
          <w:rFonts w:ascii="Arial" w:hAnsi="Arial" w:cs="Arial"/>
          <w:b w:val="0"/>
          <w:i w:val="0"/>
          <w:color w:val="5B6470"/>
          <w:sz w:val="16"/>
        </w:rPr>
        <w:t>cruiseports.org/nain-nl · Confirm terminal &amp; all-aboard time with your ship</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