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Naantali, Southwest Finland,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Finland's charming 'Sunshine Town' pairs a medieval cobblestone Old Town with the whimsical world of the Moomins — both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💶 Euro (€) · 🗣️ Finnish &amp; Swedish · ☀️ Best Jun–Aug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~5 min on foot from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history fans,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Moominworld on Kailo Island (open Jun–Aug)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Taxis and Uber are available for short hops around town or to Turku (~30 km away). Uber partners with licensed local dri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Moominworld on Kailo Island — </w:t>
      </w:r>
      <w:r>
        <w:rPr>
          <w:rFonts w:ascii="Arial" w:hAnsi="Arial" w:cs="Arial"/>
          <w:b w:val="0"/>
          <w:i w:val="0"/>
          <w:sz w:val="20"/>
        </w:rPr>
        <w:t>The world's only Moomin theme park sits on a small island connected to the harbor by footbridge.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Naantali Old Town &amp; Convent Church — </w:t>
      </w:r>
      <w:r>
        <w:rPr>
          <w:rFonts w:ascii="Arial" w:hAnsi="Arial" w:cs="Arial"/>
          <w:b w:val="0"/>
          <w:i w:val="0"/>
          <w:sz w:val="20"/>
        </w:rPr>
        <w:t>One of Finland's best-preserved old towns, with colorful 18th-century wooden houses lining cobblestone lanes.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Rantaraitti Coastal Walk — </w:t>
      </w:r>
      <w:r>
        <w:rPr>
          <w:rFonts w:ascii="Arial" w:hAnsi="Arial" w:cs="Arial"/>
          <w:b w:val="0"/>
          <w:i w:val="0"/>
          <w:sz w:val="20"/>
        </w:rPr>
        <w:t>A 3.5 km scenic path stretching from Kuparivuori Hill along the Old Town shore to Taimo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Kultaranta Presidential Gardens — </w:t>
      </w:r>
      <w:r>
        <w:rPr>
          <w:rFonts w:ascii="Arial" w:hAnsi="Arial" w:cs="Arial"/>
          <w:b w:val="0"/>
          <w:i w:val="0"/>
          <w:sz w:val="20"/>
        </w:rPr>
        <w:t>The President of Finland's summer residence — a granite villa surrounded by 3,500+ rose bushes and ornamental gardens on a nearby…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Sea Kayaking — </w:t>
      </w:r>
      <w:r>
        <w:rPr>
          <w:rFonts w:ascii="Arial" w:hAnsi="Arial" w:cs="Arial"/>
          <w:b w:val="0"/>
          <w:i w:val="0"/>
          <w:sz w:val="20"/>
        </w:rPr>
        <w:t>Paddle through the Turku Archipelago — one of the world's largest — from Naantali's waterfront.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Moominworld Loop: </w:t>
      </w:r>
      <w:r>
        <w:rPr>
          <w:rFonts w:ascii="Arial" w:hAnsi="Arial" w:cs="Arial"/>
          <w:b w:val="0"/>
          <w:i w:val="0"/>
          <w:sz w:val="20"/>
        </w:rPr>
        <w:t>2 km · 30 min · Easy — From the pier, follow the waterfront to the Kailo Island footbridge, explore Moominworld, then loop…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Rantaraitti Shore Path: </w:t>
      </w:r>
      <w:r>
        <w:rPr>
          <w:rFonts w:ascii="Arial" w:hAnsi="Arial" w:cs="Arial"/>
          <w:b w:val="0"/>
          <w:i w:val="0"/>
          <w:sz w:val="20"/>
        </w:rPr>
        <w:t>3.5 km one-way · ~50 min · Easy — Walk the signed coastal trail from the Old Town beach south to Taimo Beach, passing viewpoints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4:50AM–10:07PM · Jul 4:31AM–10:42PM · Sep 6:59AM–7:52PM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cruiseports.org/naantali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Naantali, Southwest Finland,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antal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Moomin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Kultaranta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Turku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Turun yliopiston kasvitieteellinen puutarha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Turku Market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Aboa Vetus Ars Nova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Naantali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Maununtyttärenpuisto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