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Mystery Island (Inyeug), Aneityum, Vanuatu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tiny, uninhabited islet at the southern tip of Vanuatu, Mystery Island (Inyeug) is leased to cruise lines for the day — when the ship sails, it returns to silence. Walk the whole island in 30 minutes, snorkel a protected marine reserve, and eat grilled rock lobster under palm trees.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6–8 hrs · 💵 AUD &amp; Vatu (cash only, small bills) · 🗣️ Bislama / English · 🏖️ Beach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~10-min boat ride to wooden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10 steps from the tender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beach relaxation, local market shopping, fresh lobster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Grilled rock lobster from beach BBQs; walk the WWII grass airstrip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&amp; Snorkeling — </w:t>
      </w:r>
      <w:r>
        <w:rPr>
          <w:rFonts w:ascii="Arial" w:hAnsi="Arial" w:cs="Arial"/>
          <w:b w:val="0"/>
          <w:i w:val="0"/>
          <w:sz w:val="20"/>
        </w:rPr>
        <w:t>The island's perimeter is one continuous beach with a protected marine reserve.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Aneityum Village Tour — </w:t>
      </w:r>
      <w:r>
        <w:rPr>
          <w:rFonts w:ascii="Arial" w:hAnsi="Arial" w:cs="Arial"/>
          <w:b w:val="0"/>
          <w:i w:val="0"/>
          <w:sz w:val="20"/>
        </w:rPr>
        <w:t>Local boats take you across the narrow channel to the populated island of Aneityum.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Stand-Up Paddleboard — </w:t>
      </w:r>
      <w:r>
        <w:rPr>
          <w:rFonts w:ascii="Arial" w:hAnsi="Arial" w:cs="Arial"/>
          <w:b w:val="0"/>
          <w:i w:val="0"/>
          <w:sz w:val="20"/>
        </w:rPr>
        <w:t>SUP boards and kayaks are rented directly on the beach near the jetty.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Glass-Bottom Boat Tour — </w:t>
      </w:r>
      <w:r>
        <w:rPr>
          <w:rFonts w:ascii="Arial" w:hAnsi="Arial" w:cs="Arial"/>
          <w:b w:val="0"/>
          <w:i w:val="0"/>
          <w:sz w:val="20"/>
        </w:rPr>
        <w:t>A short boat ride over the coral reef reveals vibrant marine life without getting wet.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Massage — </w:t>
      </w:r>
      <w:r>
        <w:rPr>
          <w:rFonts w:ascii="Arial" w:hAnsi="Arial" w:cs="Arial"/>
          <w:b w:val="0"/>
          <w:i w:val="0"/>
          <w:sz w:val="20"/>
        </w:rPr>
        <w:t>Local women operate open-air massage huts along the sandy paths.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Circumnavigation: </w:t>
      </w:r>
      <w:r>
        <w:rPr>
          <w:rFonts w:ascii="Arial" w:hAnsi="Arial" w:cs="Arial"/>
          <w:b w:val="0"/>
          <w:i w:val="0"/>
          <w:sz w:val="20"/>
        </w:rPr>
        <w:t>3 km loop · ~35 min · Flat sandy paths — Walk the entire perimeter of the island along sandy tracks.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Stroll &amp; WWII Airstrip: </w:t>
      </w:r>
      <w:r>
        <w:rPr>
          <w:rFonts w:ascii="Arial" w:hAnsi="Arial" w:cs="Arial"/>
          <w:b w:val="0"/>
          <w:i w:val="0"/>
          <w:sz w:val="20"/>
        </w:rPr>
        <w:t>~15 min walk · Easy · All flat — From the tender jetty, walk inland along the grass airstrip that runs down the middle of the island.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5:52AM–5:31PM · Jun 6:14AM–5:08PM · Aug 6:04AM–5:28PM · Sep 5:38AM–5:35PM · Oct 5:11AM–5:42PM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only, small bills. Australian Dollars (AUD) are universally accepted alongside Vanuatu Vatu. Bring $5, $10, and $20 notes and coins — vendors cannot break…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Eat the lobster. Locals BBQ fresh-caught rock lobster on the beach for around AUD $20–30 each. It's incredibly fresh and one of the best cruise-day meals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reef shoes in the water. The reef contains sharp coral, sea urchins, and potentially stonefish. Closed-toe water shoes protect your feet — sandals are not…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cruiseports.org/mystery-island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