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Muroran, Hokkaido, Japan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Hokkaido's industrial port hides dramatic Pacific cliffs, singing-sand beaches, and the gateway to Noboribetsu's steaming Hell Valley — one of Japan's most off-the-beaten-path cruise stops.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(always docked) · 🕒 Typical call: 8-10 hrs · 💴 Currency: Japanese Yen (JPY) · 🗣️ Language: Japanese · 🏭 Industrial port — shuttle to town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Shukutsu, Sakimori, or Chuo Wharf depending on ship size; no tendering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Not practical — 4.5 km industrial roads; free shuttle usually runs to JR Muroran Station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Day trips to Noboribetsu Hell Valley or Lake Toya, Cape Chikyu cliffs, unique local 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Muroran curry ramen (the original) and the pork yakitori — totally unlike the rest of Japan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¥1,500–¥3,000 — Metered taxis are available at the port area. A ride to Cape Chikyu is approximately ¥2,500; city center fares are simil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 Taxi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Noboribetsu Hell Valley (Jigokudani) — </w:t>
      </w:r>
      <w:r>
        <w:rPr>
          <w:rFonts w:ascii="Arial" w:hAnsi="Arial" w:cs="Arial"/>
          <w:b w:val="0"/>
          <w:i w:val="0"/>
          <w:sz w:val="20"/>
        </w:rPr>
        <w:t>Hokkaido's most famous hot spring resort.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Lake Toya &amp; Mount Usu — </w:t>
      </w:r>
      <w:r>
        <w:rPr>
          <w:rFonts w:ascii="Arial" w:hAnsi="Arial" w:cs="Arial"/>
          <w:b w:val="0"/>
          <w:i w:val="0"/>
          <w:sz w:val="20"/>
        </w:rPr>
        <w:t>A stunning volcanic caldera lake with an active stratovolcano looming above.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Cape Chikyu Scenic Cliffs — </w:t>
      </w:r>
      <w:r>
        <w:rPr>
          <w:rFonts w:ascii="Arial" w:hAnsi="Arial" w:cs="Arial"/>
          <w:b w:val="0"/>
          <w:i w:val="0"/>
          <w:sz w:val="20"/>
        </w:rPr>
        <w:t>Muroran's signature sight — a white lighthouse on a 120-metre cliff above the Pacific, where the horizon visibly curves ('Earth…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Muroran Yakitori &amp; Curry Ramen Crawl — </w:t>
      </w:r>
      <w:r>
        <w:rPr>
          <w:rFonts w:ascii="Arial" w:hAnsi="Arial" w:cs="Arial"/>
          <w:b w:val="0"/>
          <w:i w:val="0"/>
          <w:sz w:val="20"/>
        </w:rPr>
        <w:t>Muroran has two utterly unique dishes: curry ramen (the city's invention, with thick spiced broth) and 'yakitori' made with pork…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Itanki Singing Sand Beach — </w:t>
      </w:r>
      <w:r>
        <w:rPr>
          <w:rFonts w:ascii="Arial" w:hAnsi="Arial" w:cs="Arial"/>
          <w:b w:val="0"/>
          <w:i w:val="0"/>
          <w:sz w:val="20"/>
        </w:rPr>
        <w:t>A wild, cliff-framed beach where dry, clean quartz sand 'squeaks' underfoot — one of Japan's rare singing sands.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Cape Chikyu &amp; Tokkarisho Loop: </w:t>
      </w:r>
      <w:r>
        <w:rPr>
          <w:rFonts w:ascii="Arial" w:hAnsi="Arial" w:cs="Arial"/>
          <w:b w:val="0"/>
          <w:i w:val="0"/>
          <w:sz w:val="20"/>
        </w:rPr>
        <w:t>2.5 km loop · Easy · 45-60 min · Taxi to start — Take a taxi to Cape Chikyu Lighthouse, walk the cliff-edge path to Tokkarisho Lookout for…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Hakucho Bridge Viewpoint Stroll: </w:t>
      </w:r>
      <w:r>
        <w:rPr>
          <w:rFonts w:ascii="Arial" w:hAnsi="Arial" w:cs="Arial"/>
          <w:b w:val="0"/>
          <w:i w:val="0"/>
          <w:sz w:val="20"/>
        </w:rPr>
        <w:t>1 km · Flat · 20 min · Near Chuo Wharf — If docked at Chuo Wharf, walk to Miyakoshi Park for the best free view of the Hakucho (Swan) Bridge…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4:15AM–6:50PM · Jul 4:12AM–7:10PM · Sep 5:15AM–5:45PM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cruiseports.org/muroran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Muroran, Hokkaido, Japan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urora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Tokkarisho Observatory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Muroranshi Danpara Snow Bowl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Muroran History Museum Tonten-kan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Nakajima Shrine Sai Gibu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Kameda Memorial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Irierinkai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Cape Chikyu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Charatsunai Observatory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