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Mozambique Island, Nampula, Mozambique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3 km sliver of coral and history off Mozambique's northern coast, Ilha de Moçambique packs five centuries of Portuguese, Arab, and African heritage into a single walkable island — including the oldest European building in the Southern Hemisphere.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(anchor offshore) · 🕒 Typical call: 6-8 hrs · 💵 Mozambican Metical (USD/EUR accepted) · 🗣️ Portuguese · 🏛️ UNESCO World Heritage Site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in the bay; boats bring you to the Stone Town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 min from tender pier to Stone Town; full island end-to-end ~40 min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buffs, architecture lovers, off-the-beaten-path culture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Fort of São Sebastião &amp; the 1522 Chapel of Nossa Senhora de Baluarte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$3–$8 — If your ship docks at Lumbo on the mainland, informal taxis are available for the short run to the bridge and across to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 of São Sebastião &amp; Chapel — </w:t>
      </w:r>
      <w:r>
        <w:rPr>
          <w:rFonts w:ascii="Arial" w:hAnsi="Arial" w:cs="Arial"/>
          <w:b w:val="0"/>
          <w:i w:val="0"/>
          <w:sz w:val="20"/>
        </w:rPr>
        <w:t>The oldest complete fort in sub-Saharan Africa (begun 1558) anchors the island's northern tip.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Palace of St. Paul &amp; Museum of Sacred Art — </w:t>
      </w:r>
      <w:r>
        <w:rPr>
          <w:rFonts w:ascii="Arial" w:hAnsi="Arial" w:cs="Arial"/>
          <w:b w:val="0"/>
          <w:i w:val="0"/>
          <w:sz w:val="20"/>
        </w:rPr>
        <w:t>The Palácio de São Paulo — once a Jesuit college, later the Governor's Palace — holds one of the finest collections of 17th-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Dhow Sail to Goa Island — </w:t>
      </w:r>
      <w:r>
        <w:rPr>
          <w:rFonts w:ascii="Arial" w:hAnsi="Arial" w:cs="Arial"/>
          <w:b w:val="0"/>
          <w:i w:val="0"/>
          <w:sz w:val="20"/>
        </w:rPr>
        <w:t>Traditional wooden dhows ferry you to uninhabited Ilha de Goa, about 5 km east — pristine white sand, turquoise water, and an…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Stone Town Architecture Walk — </w:t>
      </w:r>
      <w:r>
        <w:rPr>
          <w:rFonts w:ascii="Arial" w:hAnsi="Arial" w:cs="Arial"/>
          <w:b w:val="0"/>
          <w:i w:val="0"/>
          <w:sz w:val="20"/>
        </w:rPr>
        <w:t>Wander the grid of Stone Town streets: pastel colonial facades, ornate wooden doors, the Green Mosque, and the Hindu temple all…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Macuti Town &amp; Local Market — </w:t>
      </w:r>
      <w:r>
        <w:rPr>
          <w:rFonts w:ascii="Arial" w:hAnsi="Arial" w:cs="Arial"/>
          <w:b w:val="0"/>
          <w:i w:val="0"/>
          <w:sz w:val="20"/>
        </w:rPr>
        <w:t>The southern half of the island is a dense, vibrant neighborhood of traditional macuti (reed and thatch) houses and local markets.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Stone Town Heritage Loop: </w:t>
      </w:r>
      <w:r>
        <w:rPr>
          <w:rFonts w:ascii="Arial" w:hAnsi="Arial" w:cs="Arial"/>
          <w:b w:val="0"/>
          <w:i w:val="0"/>
          <w:sz w:val="20"/>
        </w:rPr>
        <w:t>1 km · 20–30 min · Easy — From the tender pier, walk north through Stone Town to the Fort of São Sebastião at the island's…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End-to-End Island Walk: </w:t>
      </w:r>
      <w:r>
        <w:rPr>
          <w:rFonts w:ascii="Arial" w:hAnsi="Arial" w:cs="Arial"/>
          <w:b w:val="0"/>
          <w:i w:val="0"/>
          <w:sz w:val="20"/>
        </w:rPr>
        <w:t>3 km one-way · 40-45 min · Easy — Walk the full length of the island from the northern fort through Stone Town, past the 3.4 km…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5:37AM–5:01PM · Jul 5:49AM–5:08PM · Sep 5:18AM–5:18PM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cruiseports.org/mozambique-island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Mozambique Island, Nampula, Mozambique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ozambique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Ilha De Mocambique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Saint Sebastian Fort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