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Mossel Bay, Western Cape, South Africa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the most walkable ports in South Africa, Mossel Bay packs a Dias museum with a replica caravel, a famous Post Office Tree, shark-cage diving, and the world's longest over-ocean zipline into a compact harbor town blessed with near-perfect weather.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(anchor in bay) · 🕒 Typical call: 8–10 hrs · 💵 South African Rand (ZAR) — cards widely accepted · 🗣️ English, Afrikaans, isiXhosa · 🌤️ Mild year-round; breezy coast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in the bay; tender boats bring you to the working harbor waterfront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Dias Museum: 2 min • Santos Beach: 10 min • Cape St. Blaize Lighthouse: 25 min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buffs, beach lovers, adventure seekers (zipline, shark diving), easy walkers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Bartolomeu Dias Museum caravel replica and mailing a postcard from the Post Office Tree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R 60–120 (~$4–7 USD) — Metered taxis are available near the harbor. A short trip within town is approximately R 60–90; fares to attractions fur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Bartolomeu Dias Museum Complex — </w:t>
      </w:r>
      <w:r>
        <w:rPr>
          <w:rFonts w:ascii="Arial" w:hAnsi="Arial" w:cs="Arial"/>
          <w:b w:val="0"/>
          <w:i w:val="0"/>
          <w:sz w:val="20"/>
        </w:rPr>
        <w:t>The cultural heart of Mossel Bay centers on a full-size replica of the caravel that sailed here in 1988 to mark 500 years since…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Mossel Bay Zipline — </w:t>
      </w:r>
      <w:r>
        <w:rPr>
          <w:rFonts w:ascii="Arial" w:hAnsi="Arial" w:cs="Arial"/>
          <w:b w:val="0"/>
          <w:i w:val="0"/>
          <w:sz w:val="20"/>
        </w:rPr>
        <w:t>Billed as the world's longest over-ocean zipline at 1.1 km, you launch from the cliffs at The Point and glide as high as ~90 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Shark Cage Diving — </w:t>
      </w:r>
      <w:r>
        <w:rPr>
          <w:rFonts w:ascii="Arial" w:hAnsi="Arial" w:cs="Arial"/>
          <w:b w:val="0"/>
          <w:i w:val="0"/>
          <w:sz w:val="20"/>
        </w:rPr>
        <w:t>Mossel Bay is one of South Africa's top great white shark sites.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St. Blaize Trail &amp; Lighthouse — </w:t>
      </w:r>
      <w:r>
        <w:rPr>
          <w:rFonts w:ascii="Arial" w:hAnsi="Arial" w:cs="Arial"/>
          <w:b w:val="0"/>
          <w:i w:val="0"/>
          <w:sz w:val="20"/>
        </w:rPr>
        <w:t>Walk the dramatic cliff-top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Botlierskop Private Game Reserve Safari — </w:t>
      </w:r>
      <w:r>
        <w:rPr>
          <w:rFonts w:ascii="Arial" w:hAnsi="Arial" w:cs="Arial"/>
          <w:b w:val="0"/>
          <w:i w:val="0"/>
          <w:sz w:val="20"/>
        </w:rPr>
        <w:t>About 30 minutes from the harbor, this private reserve offers guided game drives to see four of the Big Five (lion, elephant…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Harbor to The Point Coastal Walk: </w:t>
      </w:r>
      <w:r>
        <w:rPr>
          <w:rFonts w:ascii="Arial" w:hAnsi="Arial" w:cs="Arial"/>
          <w:b w:val="0"/>
          <w:i w:val="0"/>
          <w:sz w:val="20"/>
        </w:rPr>
        <w:t>2.5 km one-way • ~25 min • Flat • Scenic — Exit the harbor gates and follow the waterfront right past Santos Beach and along the coastal path…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Harbor to Dias Museum &amp; Town Center: </w:t>
      </w:r>
      <w:r>
        <w:rPr>
          <w:rFonts w:ascii="Arial" w:hAnsi="Arial" w:cs="Arial"/>
          <w:b w:val="0"/>
          <w:i w:val="0"/>
          <w:sz w:val="20"/>
        </w:rPr>
        <w:t>1.5 km loop • ~30 min walking • Easy — Step off the tender and visit the Dias Museum Complex immediately (2 minutes from the gates).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7:17AM–5:37PM · Jul 7:35AM–5:39PM · Sep 6:30AM–6:22PM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cruiseports.org/mossel-bay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Mossel Bay, Western Cape, South Africa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ossel-bay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Diaz Water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Bartolomeu Dias Museum Complex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Cape St Blaize Lighthouse Complex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Mossel Bay Boat Adventures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Surf's Up Mossel Bay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