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Mosquera Island, Galapagos,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flat sliver of white sand and black lava between Baltra and North Seymour, Mosquera Island is one of the Galapagos' most rewarding quick stops — sea lions everywhere, lava gulls nesting on shore, and crystal-clear snorkeling with turtles and reef sharks.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Wet Landing (no pier or tender dock) · 🕒 Typical call: 2-4 hrs · 💵 USD (Ecuador) · 🗣️ Spanish / English guides · 🦭 Wildlife-focused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Wet landing from panga — step into shallow water onto the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Size: </w:t>
      </w:r>
      <w:r>
        <w:rPr>
          <w:rFonts w:ascii="Arial" w:hAnsi="Arial" w:cs="Arial"/>
          <w:b w:val="0"/>
          <w:i w:val="0"/>
          <w:sz w:val="20"/>
        </w:rPr>
        <w:t>~600 m long × 160 m wide; flat sandy terrain, lava rock edges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 lion encounters, snorkeling, birdwatching (lava gulls, boobies, herons)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Snorkeling alongside sea lion pups; scanning offshore for orcas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Lion Beach Walk — </w:t>
      </w:r>
      <w:r>
        <w:rPr>
          <w:rFonts w:ascii="Arial" w:hAnsi="Arial" w:cs="Arial"/>
          <w:b w:val="0"/>
          <w:i w:val="0"/>
          <w:sz w:val="20"/>
        </w:rPr>
        <w:t>Stroll the white-sand beach among one of the largest Galapagos sea lion colonies.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with Sea Lions &amp; Turtles — </w:t>
      </w:r>
      <w:r>
        <w:rPr>
          <w:rFonts w:ascii="Arial" w:hAnsi="Arial" w:cs="Arial"/>
          <w:b w:val="0"/>
          <w:i w:val="0"/>
          <w:sz w:val="20"/>
        </w:rPr>
        <w:t>The calm, shallow, crystal-clear waters around Mosquera are exceptional for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Birdwatching — </w:t>
      </w:r>
      <w:r>
        <w:rPr>
          <w:rFonts w:ascii="Arial" w:hAnsi="Arial" w:cs="Arial"/>
          <w:b w:val="0"/>
          <w:i w:val="0"/>
          <w:sz w:val="20"/>
        </w:rPr>
        <w:t>Mosquera hosts the rare lava gull — the world's rarest gull species — alongside blue-footed boobies, brown pelicans, herons,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Combined North Seymour &amp; Mosquera Day — </w:t>
      </w:r>
      <w:r>
        <w:rPr>
          <w:rFonts w:ascii="Arial" w:hAnsi="Arial" w:cs="Arial"/>
          <w:b w:val="0"/>
          <w:i w:val="0"/>
          <w:sz w:val="20"/>
        </w:rPr>
        <w:t>Many itineraries pair Mosquera with North Seymour Island in the same half-day.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Mosquera Beach &amp; Lava Rock Circuit: </w:t>
      </w:r>
      <w:r>
        <w:rPr>
          <w:rFonts w:ascii="Arial" w:hAnsi="Arial" w:cs="Arial"/>
          <w:b w:val="0"/>
          <w:i w:val="0"/>
          <w:sz w:val="20"/>
        </w:rPr>
        <w:t>~0.5 mi · 45-60 min · Flat/Easy — Follow the white-sand beach from the landing point toward the lava rock outcrops at each end…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water shoes. The wet landing gets your feet wet — water sandals or Chacos work best. You can walk barefoot on the sand once ashore, but the lava rocks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dry bag. Your camera and phone will thank you. The panga ride is usually calm, but spray happens.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Zero shade. Apply reef-safe sunscreen, wear a wide-brimmed hat, and consider a UV rash guard. The equatorial sun is intense even on overcast days.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cruiseports.org/mosquera-island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