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Moreton Island, Queensland, Australia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The world's third-largest sand island floats just 40 km off Brisbane — 98% national park, zero paved roads, and a legendary fleet of deliberately sunk ships teeming with marine life.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Tender (no pier) · 🕒 Typical call: 7-9 hrs · 💵 AUD — largely cashless at resort · 🗣️ English · 🏝️ National Park island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Tender to Tangalooma Resort Jetty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resort: </w:t>
      </w:r>
      <w:r>
        <w:rPr>
          <w:rFonts w:ascii="Arial" w:hAnsi="Arial" w:cs="Arial"/>
          <w:b w:val="0"/>
          <w:i w:val="0"/>
          <w:sz w:val="20"/>
        </w:rPr>
        <w:t>2 min from jetty to beach &amp; restaurants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Wreck snorkelling, sand tobogganing, beach days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The 15 deliberately sunken Tangalooma Wrecks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❌ not available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Sand Tobogganing &amp; Desert Safari — </w:t>
      </w:r>
      <w:r>
        <w:rPr>
          <w:rFonts w:ascii="Arial" w:hAnsi="Arial" w:cs="Arial"/>
          <w:b w:val="0"/>
          <w:i w:val="0"/>
          <w:sz w:val="20"/>
        </w:rPr>
        <w:t>A 4WD bus takes you into the island's interior to towering white sand dunes where you slide down on Masonite boards at up to 40…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Tangalooma Wrecks Snorkel Tour — </w:t>
      </w:r>
      <w:r>
        <w:rPr>
          <w:rFonts w:ascii="Arial" w:hAnsi="Arial" w:cs="Arial"/>
          <w:b w:val="0"/>
          <w:i w:val="0"/>
          <w:sz w:val="20"/>
        </w:rPr>
        <w:t>A guided boat takes you to 15 deliberately sunk ships now colonised by 100+ fish species, sea turtles, and rays.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Marine Discovery Cruise — </w:t>
      </w:r>
      <w:r>
        <w:rPr>
          <w:rFonts w:ascii="Arial" w:hAnsi="Arial" w:cs="Arial"/>
          <w:b w:val="0"/>
          <w:i w:val="0"/>
          <w:sz w:val="20"/>
        </w:rPr>
        <w:t>Catamaran cruise through Moreton Bay searching for dugongs, sea turtles, dolphins, and manta rays in their natural habitat.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ATV Quad Biking — </w:t>
      </w:r>
      <w:r>
        <w:rPr>
          <w:rFonts w:ascii="Arial" w:hAnsi="Arial" w:cs="Arial"/>
          <w:b w:val="0"/>
          <w:i w:val="0"/>
          <w:sz w:val="20"/>
        </w:rPr>
        <w:t>Guided quad bike tours wind through coastal bushland and over sand dunes behind the resort.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Beach Day at Tangalooma — </w:t>
      </w:r>
      <w:r>
        <w:rPr>
          <w:rFonts w:ascii="Arial" w:hAnsi="Arial" w:cs="Arial"/>
          <w:b w:val="0"/>
          <w:i w:val="0"/>
          <w:sz w:val="20"/>
        </w:rPr>
        <w:t>Free use of the calm, white-sand beach right at the resort.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Resort to Tangalooma Wrecks: </w:t>
      </w:r>
      <w:r>
        <w:rPr>
          <w:rFonts w:ascii="Arial" w:hAnsi="Arial" w:cs="Arial"/>
          <w:b w:val="0"/>
          <w:i w:val="0"/>
          <w:sz w:val="20"/>
        </w:rPr>
        <w:t>4 km return | 1-1.5 hrs | Easy-moderate (soft sand) — Walk north along the beach from Tangalooma Jetty to the cluster of 15 sunken ships.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Resort Beach Stroll: </w:t>
      </w:r>
      <w:r>
        <w:rPr>
          <w:rFonts w:ascii="Arial" w:hAnsi="Arial" w:cs="Arial"/>
          <w:b w:val="0"/>
          <w:i w:val="0"/>
          <w:sz w:val="20"/>
        </w:rPr>
        <w:t>1-2 km | 20-30 min | Easy — A leisurely walk along the western beach from the jetty toward the resort's southern end.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13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6:19AM–5:05PM · Jul 6:35AM–5:09PM · Sep 5:44AM–5:39PM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cruiseports.org/moreton-island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Moreton Island, Queensland, Australia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moreton-island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Moreton Island National Park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Tangatours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Moreton Island Desert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Tangalooma Wrecks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Tangalooma Wild Dolphin Feeding</w:t>
            </w:r>
          </w:p>
        </w:tc>
        <w:tc>
          <w:tcPr>
            <w:tcW w:type="dxa" w:w="5256"/>
          </w:tcPr>
          <w:p/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