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Mooloolaba,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sun-drenched Sunshine Coast gem where world-class prawns, a north-facing beach, and a walk-everywhere waterfront make for one of Australia's easiest shore days.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7-9 hrs · 💵 AUD — cards accepted everywhere · 🗣️ English · 🦐 Famous for Mooloolaba prawns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The Wharf Mooloolaba (~15 min ride)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beach: </w:t>
      </w:r>
      <w:r>
        <w:rPr>
          <w:rFonts w:ascii="Arial" w:hAnsi="Arial" w:cs="Arial"/>
          <w:b w:val="0"/>
          <w:i w:val="0"/>
          <w:sz w:val="20"/>
        </w:rPr>
        <w:t>5 min from tender dock to Mooloolaba Main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days, seafood, SEA LIFE aquarium, Australia Zoo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Mooloolaba prawns at the Mooloolaba Fish Market on the Spit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A$10–15 (short town trips) — Taxis are available near the wharf. Queensland regulated fares apply: A$3.70 flagfall (weekdays) plus A$2.69/km. For mos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Australia Zoo — </w:t>
      </w:r>
      <w:r>
        <w:rPr>
          <w:rFonts w:ascii="Arial" w:hAnsi="Arial" w:cs="Arial"/>
          <w:b w:val="0"/>
          <w:i w:val="0"/>
          <w:sz w:val="20"/>
        </w:rPr>
        <w:t>Steve Irwin's legendary zoo is just 30 minutes inland — one of Australia's best wildlife parks, with koalas, crocs, wombats,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LIFE Sunshine Coast — </w:t>
      </w:r>
      <w:r>
        <w:rPr>
          <w:rFonts w:ascii="Arial" w:hAnsi="Arial" w:cs="Arial"/>
          <w:b w:val="0"/>
          <w:i w:val="0"/>
          <w:sz w:val="20"/>
        </w:rPr>
        <w:t>Right at the tender dock, this aquarium features an 80-metre ocean tunnel, Queensland's largest jellyfish display, seal…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Mooloolaba Beach Day — </w:t>
      </w:r>
      <w:r>
        <w:rPr>
          <w:rFonts w:ascii="Arial" w:hAnsi="Arial" w:cs="Arial"/>
          <w:b w:val="0"/>
          <w:i w:val="0"/>
          <w:sz w:val="20"/>
        </w:rPr>
        <w:t>Walk five minutes to one of Australia's safest swimming beaches — north-facing, surf lifesaver-patrolled year-round,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HMAS Brisbane Dive — </w:t>
      </w:r>
      <w:r>
        <w:rPr>
          <w:rFonts w:ascii="Arial" w:hAnsi="Arial" w:cs="Arial"/>
          <w:b w:val="0"/>
          <w:i w:val="0"/>
          <w:sz w:val="20"/>
        </w:rPr>
        <w:t>The ex-Navy guided-missile destroyer was scuttled in 2005 about 5km offshore as an artificial reef and is one of Australia's top…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Eumundi Markets — </w:t>
      </w:r>
      <w:r>
        <w:rPr>
          <w:rFonts w:ascii="Arial" w:hAnsi="Arial" w:cs="Arial"/>
          <w:b w:val="0"/>
          <w:i w:val="0"/>
          <w:sz w:val="20"/>
        </w:rPr>
        <w:t>The famous Original Eumundi Markets operate Wednesday and Saturday mornings — 600+ stalls of handmade goods, art, and food in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Wharf to Mooloolaba Beach &amp; Esplanade: </w:t>
      </w:r>
      <w:r>
        <w:rPr>
          <w:rFonts w:ascii="Arial" w:hAnsi="Arial" w:cs="Arial"/>
          <w:b w:val="0"/>
          <w:i w:val="0"/>
          <w:sz w:val="20"/>
        </w:rPr>
        <w:t>1.5 km • 20 min • Flat — From the tender dock at The Wharf, stroll along the Mooloolah River boardwalk to Mooloolaba Beach…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Esplanade to Alexandra Headland: </w:t>
      </w:r>
      <w:r>
        <w:rPr>
          <w:rFonts w:ascii="Arial" w:hAnsi="Arial" w:cs="Arial"/>
          <w:b w:val="0"/>
          <w:i w:val="0"/>
          <w:sz w:val="20"/>
        </w:rPr>
        <w:t>3 km one-way • 35 min • Flat coastal path — Extend north from Mooloolaba Beach along the coastal boardwalk to Alexandra Headland for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Boardwalk to the Mooloolaba Fish Market (the Spit): </w:t>
      </w:r>
      <w:r>
        <w:rPr>
          <w:rFonts w:ascii="Arial" w:hAnsi="Arial" w:cs="Arial"/>
          <w:b w:val="0"/>
          <w:i w:val="0"/>
          <w:sz w:val="20"/>
        </w:rPr>
        <w:t>1.2 km • 15 min • Flat — Walk south from The Wharf along the flat river boardwalk to the Spit, where trawlers unload daily.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6:19AM–5:07PM · Jul 6:35AM–5:11PM · Sep 5:45AM–5:40PM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cruiseports.org/mooloolaba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Mooloolaba,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oloolab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Big Pineapple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Eric Joseph Foote War Memorial Sanctuary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Sunshine Coast Aquarium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Buderim Village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Amaze World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Lions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Buhk Family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Crummunda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