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Little Bay, Montserrat,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Emerald Isle of the Caribbean wears its volcanic scars openly. Half of the island was buried by Soufrière Hills in 1995 — Plymouth, the former capital, is now the Caribbean's own Pompeii, and Montserrat is richer for the 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large pier) · 🕒 Typical call: 6–8 hrs · 💵 XCD / USD accepted · 🗣️ English · 🌋 Active volcano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to Little Bay pier; small expedition ships may tie up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Little Bay beach bars 2 min from pier; rest of island requires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tours, ghost-town exploration, off-the-beaten-path Caribbean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Plymouth exclusion zone tour &amp; Montserrat Volcano Observatory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US$8 (EC$20) to Brades — Licensed taxis (marked with 'H' on license plates) wait at the Little Bay tender landing. No meters — agree on fare befo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Plymouth Exclusion Zone Guided Tour — </w:t>
      </w:r>
      <w:r>
        <w:rPr>
          <w:rFonts w:ascii="Arial" w:hAnsi="Arial" w:cs="Arial"/>
          <w:b w:val="0"/>
          <w:i w:val="0"/>
          <w:sz w:val="20"/>
        </w:rPr>
        <w:t>Walk through Plymouth, the only volcanic-buried capital in the Americas.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Montserrat Volcano Observatory — </w:t>
      </w:r>
      <w:r>
        <w:rPr>
          <w:rFonts w:ascii="Arial" w:hAnsi="Arial" w:cs="Arial"/>
          <w:b w:val="0"/>
          <w:i w:val="0"/>
          <w:sz w:val="20"/>
        </w:rPr>
        <w:t>The MVO in Flemmings monitors the Soufrière Hills 24/7.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Rendezvous Bay Beach Day — </w:t>
      </w:r>
      <w:r>
        <w:rPr>
          <w:rFonts w:ascii="Arial" w:hAnsi="Arial" w:cs="Arial"/>
          <w:b w:val="0"/>
          <w:i w:val="0"/>
          <w:sz w:val="20"/>
        </w:rPr>
        <w:t>Montserrat's only white-sand beach is reachable by a 30-min water taxi from Little Bay or a strenuous 40-min hike over the bluff.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Montserrat Cultural Centre &amp; AIR Studios History — </w:t>
      </w:r>
      <w:r>
        <w:rPr>
          <w:rFonts w:ascii="Arial" w:hAnsi="Arial" w:cs="Arial"/>
          <w:b w:val="0"/>
          <w:i w:val="0"/>
          <w:sz w:val="20"/>
        </w:rPr>
        <w:t>The Cultural Centre was inspired by George Martin's legendary AIR Studios, where The Police, Paul McCartney, and Elton John…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Jack Boy Hill &amp; Panoramic Volcano Views — </w:t>
      </w:r>
      <w:r>
        <w:rPr>
          <w:rFonts w:ascii="Arial" w:hAnsi="Arial" w:cs="Arial"/>
          <w:b w:val="0"/>
          <w:i w:val="0"/>
          <w:sz w:val="20"/>
        </w:rPr>
        <w:t>A free public viewpoint on the island's east side with sweeping panoramas of the volcano, the buried W.H.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Bay Waterfront Stroll: </w:t>
      </w:r>
      <w:r>
        <w:rPr>
          <w:rFonts w:ascii="Arial" w:hAnsi="Arial" w:cs="Arial"/>
          <w:b w:val="0"/>
          <w:i w:val="0"/>
          <w:sz w:val="20"/>
        </w:rPr>
        <w:t>20 min · Flat · No hills — From the pier, walk the Little Bay beach past beach bars, the Montserrat National Museum,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Rendezvous Bay Bluff Hike: </w:t>
      </w:r>
      <w:r>
        <w:rPr>
          <w:rFonts w:ascii="Arial" w:hAnsi="Arial" w:cs="Arial"/>
          <w:b w:val="0"/>
          <w:i w:val="0"/>
          <w:sz w:val="20"/>
        </w:rPr>
        <w:t>3–4 km round trip · Moderate–strenuous · 40 min each way — Head north from Little Bay pier and follow the coastal trail over the bluff to Rendezvous Bay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Runaway Ghaut Spring: </w:t>
      </w:r>
      <w:r>
        <w:rPr>
          <w:rFonts w:ascii="Arial" w:hAnsi="Arial" w:cs="Arial"/>
          <w:b w:val="0"/>
          <w:i w:val="0"/>
          <w:sz w:val="20"/>
        </w:rPr>
        <w:t>Short walk · Easy · Near Salem — A lush ravine where a natural spring feeds a drinking spout.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5:39AM–6:38PM · Jul 5:45AM–6:51PM · Sep 6:00AM–6:14PM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cruiseports.org/montserrat-island-uk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