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Montego Bay, Jamaica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Jamaica's second city delivers turquoise bays, reggae rhythms, and colonial plantation history — all from a modern pier that can berth four ships simultaneously, now expanding to become the Caribbean's next major homeport hub.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(Freeport Pier) · 🕒 Typical call: 7-10 hrs · 💵 USD widely accepted / JMD · 🗣️ English (Patois locally) · ☀️ Tropical year-round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Ships dock at Montego Bay Cruise Port (Freeport) — no tendering. Up to 4 vessels simultaneously; major $1.5B expansion underway through 2027.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5–8 km (3–5 miles) to the Hip Strip. Taxi ~$15–20 USD one-way; the port area itself has duty-free shops and a craft market.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Beaches, plantation history, river rafting, adventure excursions, reggae culture, and authentic Jamaican jerk.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Jerk chicken at Scotchies, Doctor's Cave Beach, and Rose Hall Great House — all within 25 minutes of the port.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USD 5–10 — Official taxis have red license plates and wait at the cruise terminal. The ride to downtown or the Hip Strip takes 5–10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Doctor's Cave Beach — </w:t>
      </w:r>
      <w:r>
        <w:rPr>
          <w:rFonts w:ascii="Arial" w:hAnsi="Arial" w:cs="Arial"/>
          <w:b w:val="0"/>
          <w:i w:val="0"/>
          <w:sz w:val="20"/>
        </w:rPr>
        <w:t>MoBay's most famous beach — powder-white sand, calm turquoise water, and a full beach club with chairs, food, snorkeling,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Rose Hall Great House — </w:t>
      </w:r>
      <w:r>
        <w:rPr>
          <w:rFonts w:ascii="Arial" w:hAnsi="Arial" w:cs="Arial"/>
          <w:b w:val="0"/>
          <w:i w:val="0"/>
          <w:sz w:val="20"/>
        </w:rPr>
        <w:t>A beautifully restored 18th-century Georgian plantation home, famous for guided tours through period rooms and the spine-tingling…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Martha Brae River Rafting — </w:t>
      </w:r>
      <w:r>
        <w:rPr>
          <w:rFonts w:ascii="Arial" w:hAnsi="Arial" w:cs="Arial"/>
          <w:b w:val="0"/>
          <w:i w:val="0"/>
          <w:sz w:val="20"/>
        </w:rPr>
        <w:t>Glide through lush rainforest on a 30-foot bamboo raft, poled by a local guide who shares folklore and points out wildlife.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Jerk Lunch at Scotchies — </w:t>
      </w:r>
      <w:r>
        <w:rPr>
          <w:rFonts w:ascii="Arial" w:hAnsi="Arial" w:cs="Arial"/>
          <w:b w:val="0"/>
          <w:i w:val="0"/>
          <w:sz w:val="20"/>
        </w:rPr>
        <w:t>The authentic local pilgrimage for MoBay jerk — smoky chicken and pork cooked low-and-slow over pimento wood at this legendary…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Chukka Adventures — Horseback, ATV &amp; Zip — </w:t>
      </w:r>
      <w:r>
        <w:rPr>
          <w:rFonts w:ascii="Arial" w:hAnsi="Arial" w:cs="Arial"/>
          <w:b w:val="0"/>
          <w:i w:val="0"/>
          <w:sz w:val="20"/>
        </w:rPr>
        <w:t>Jamaica's leading adventure operator offers horseback-ride-n-swim, ATV backcountry rides, ziplining, river tubing, and catamaran…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The Hip Strip (Gloucester Avenue): </w:t>
      </w:r>
      <w:r>
        <w:rPr>
          <w:rFonts w:ascii="Arial" w:hAnsi="Arial" w:cs="Arial"/>
          <w:b w:val="0"/>
          <w:i w:val="0"/>
          <w:sz w:val="20"/>
        </w:rPr>
        <w:t>1–2 hrs | Flat | Shopping, food &amp; beach — Montego Bay's main tourist boulevard runs parallel to the coast from the Gloucester Avenue strip…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Cruise Terminal Craft Market: </w:t>
      </w:r>
      <w:r>
        <w:rPr>
          <w:rFonts w:ascii="Arial" w:hAnsi="Arial" w:cs="Arial"/>
          <w:b w:val="0"/>
          <w:i w:val="0"/>
          <w:sz w:val="20"/>
        </w:rPr>
        <w:t>30–60 min | Flat | Shopping — The terminal's own craft market has Jamaican wood carvings, spices, Blue Mountain coffee, and rum…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Sam Sharpe Square (Downtown): </w:t>
      </w:r>
      <w:r>
        <w:rPr>
          <w:rFonts w:ascii="Arial" w:hAnsi="Arial" w:cs="Arial"/>
          <w:b w:val="0"/>
          <w:i w:val="0"/>
          <w:sz w:val="20"/>
        </w:rPr>
        <w:t>30–45 min | Flat | History &amp; local life — The heart of downtown MoBay, named after national hero Samuel Sharpe.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24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5:38AM–6:38PM · Jul 5:43AM–6:51PM · Sep 5:59AM–6:13PM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cruiseports.org/montego-bay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Montego Bay, Jamaica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ontego-bay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Jamaica Exquisite Transfer and Tours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Rose Hall Great House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Treasure Hunt Gaming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Half Moon Golf Course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Ahhh...Ras Natango Gallery and Garden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Dead End Beach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Cinnamon Hill Golf Course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Harmony Beach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