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Mombasa, Coast Province, Kenya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Kenya's gateway port blends a 16th-century Portuguese fort, labyrinthine Swahili lanes, and one of East Africa's most ambitious wildlife coastlines — all within a day's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Kilindini Harbour · 🕒 Typical call: 8–10 hrs · 💵 Kenyan Shilling (USD widely accepted) · 🗣️ Swahili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Mombasa Cruise Terminal, Kilindini Harbour — all cruise lines dock;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3–4 km to Old Town; taxi or tuk-tuk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safari seekers, beach lovers, Swahili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Jesus (UNESCO), Mombasa Tusks, Haller Park giraffes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KSh 850–1,100 (~$7–9 USD) — Unmetered taxis are plentiful at the port gate. Always negotiate the fare before you get in; the city center (Fort Jesus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Jesus &amp; Old Town Walk — </w:t>
      </w:r>
      <w:r>
        <w:rPr>
          <w:rFonts w:ascii="Arial" w:hAnsi="Arial" w:cs="Arial"/>
          <w:b w:val="0"/>
          <w:i w:val="0"/>
          <w:sz w:val="20"/>
        </w:rPr>
        <w:t>Explore the 1593 Portuguese fortress — a UNESCO World Heritage Site — then wander Mombasa Old Town's carved-door alleyways…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Tsavo East National Park Safari — </w:t>
      </w:r>
      <w:r>
        <w:rPr>
          <w:rFonts w:ascii="Arial" w:hAnsi="Arial" w:cs="Arial"/>
          <w:b w:val="0"/>
          <w:i w:val="0"/>
          <w:sz w:val="20"/>
        </w:rPr>
        <w:t>Full-day drive to Tsavo East for Kenya's iconic red elephants, lions, cheetahs, and Aruba Dam waterhole.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Haller Park Nature Walk — </w:t>
      </w:r>
      <w:r>
        <w:rPr>
          <w:rFonts w:ascii="Arial" w:hAnsi="Arial" w:cs="Arial"/>
          <w:b w:val="0"/>
          <w:i w:val="0"/>
          <w:sz w:val="20"/>
        </w:rPr>
        <w:t>A reclaimed limestone quarry in Bamburi turned wildlife sanctuary about 10 km north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Wasini Island Dolphin &amp; Snorkel Trip — </w:t>
      </w:r>
      <w:r>
        <w:rPr>
          <w:rFonts w:ascii="Arial" w:hAnsi="Arial" w:cs="Arial"/>
          <w:b w:val="0"/>
          <w:i w:val="0"/>
          <w:sz w:val="20"/>
        </w:rPr>
        <w:t>Boat south to Kisite Mpunguti Marine Park for dolphin watching and snorkeling over coral reefs, then a Swahili seafood lunch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Mombasa Old Town Spice &amp; Food Tour — </w:t>
      </w:r>
      <w:r>
        <w:rPr>
          <w:rFonts w:ascii="Arial" w:hAnsi="Arial" w:cs="Arial"/>
          <w:b w:val="0"/>
          <w:i w:val="0"/>
          <w:sz w:val="20"/>
        </w:rPr>
        <w:t>Join a local guide through Marikiti Market, sample Swahili street food like mahamri and samaki wa kupaka, and browse fragrant…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Jesus to Old Town: </w:t>
      </w:r>
      <w:r>
        <w:rPr>
          <w:rFonts w:ascii="Arial" w:hAnsi="Arial" w:cs="Arial"/>
          <w:b w:val="0"/>
          <w:i w:val="0"/>
          <w:sz w:val="20"/>
        </w:rPr>
        <w:t>1–2 km | 1–2 hrs | Easy | History &amp; culture — Start at Fort Jesus on Ndia Kuu Road, explore the fort and its museum, then head north into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Moi Avenue &amp; the Tusks: </w:t>
      </w:r>
      <w:r>
        <w:rPr>
          <w:rFonts w:ascii="Arial" w:hAnsi="Arial" w:cs="Arial"/>
          <w:b w:val="0"/>
          <w:i w:val="0"/>
          <w:sz w:val="20"/>
        </w:rPr>
        <w:t>1 km | 30 min | Easy | City landmark — A short stroll along Moi Avenue past the iconic aluminum Mombasa Tusks — built in 1956 to mark…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6:19AM–6:15PM · Jul 6:30AM–6:24PM · Sep 6:14AM–6:18PM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cruiseports.org/mombasa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Mombasa, Coast Province, Kenya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mbas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Mamba Village Mombasa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Swahili Cultural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Golden Key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Bombolulu Coast Workshop and Cultural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Ghost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Haller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Shree Cutch Satsang Swaminarayan Temple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