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Mljet Island, Dalmatia, Croatia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Over a third of Mljet is protected national park — a rare pocket of silence in the Adriatic where saltwater lakes, a 12th-century monastery on its own islet, and mongooses darting through the pines make for the most serene day in Croatia.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/ Small-ship dock · 🕒 Typical call: 6–8 hrs · 💶 Currency: Euro (€) · 🗣️ Language: Croatian · 🌿 National Park entry required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(large ships) or small-ship dock at Pomena / Polače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park: </w:t>
      </w:r>
      <w:r>
        <w:rPr>
          <w:rFonts w:ascii="Arial" w:hAnsi="Arial" w:cs="Arial"/>
          <w:b w:val="0"/>
          <w:i w:val="0"/>
          <w:sz w:val="20"/>
        </w:rPr>
        <w:t>10 min from Pomena pier; 30–40 min walk or 5-min shuttle from Polače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Nature, cycling, swimming in lakes, monastery visit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Boat to St. Mary's Monastery on Veliko Jezero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€14–€75 — Local taxis (Taxi Mljet) meet ferries at Pomena, Polače, and Sobra. Prices vary widely by route — short hops like Pomena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Bike the Veliko Jezero Loop — </w:t>
      </w:r>
      <w:r>
        <w:rPr>
          <w:rFonts w:ascii="Arial" w:hAnsi="Arial" w:cs="Arial"/>
          <w:b w:val="0"/>
          <w:i w:val="0"/>
          <w:sz w:val="20"/>
        </w:rPr>
        <w:t>Rent a bicycle in Pomena and follow the flat, paved, car-free trail around Malo Jezero and Veliko Jezero.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Boat to St. Mary's Benedictine Monastery — </w:t>
      </w:r>
      <w:r>
        <w:rPr>
          <w:rFonts w:ascii="Arial" w:hAnsi="Arial" w:cs="Arial"/>
          <w:b w:val="0"/>
          <w:i w:val="0"/>
          <w:sz w:val="20"/>
        </w:rPr>
        <w:t>A solar-powered park boat crosses Veliko Jezero to the tiny islet of Sveta Marija, where a 12th-century Benedictine monastery…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Roman Palace Ruins at Polače — </w:t>
      </w:r>
      <w:r>
        <w:rPr>
          <w:rFonts w:ascii="Arial" w:hAnsi="Arial" w:cs="Arial"/>
          <w:b w:val="0"/>
          <w:i w:val="0"/>
          <w:sz w:val="20"/>
        </w:rPr>
        <w:t>Step off the pier in Polače and walk straight into the remnants of a 5th-century Roman palace — roofless walls, a residential…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Swim the Lakes at Mali Most — </w:t>
      </w:r>
      <w:r>
        <w:rPr>
          <w:rFonts w:ascii="Arial" w:hAnsi="Arial" w:cs="Arial"/>
          <w:b w:val="0"/>
          <w:i w:val="0"/>
          <w:sz w:val="20"/>
        </w:rPr>
        <w:t>The narrow channel connecting the two lakes creates a gentle tidal current.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Hike Montokuc Summit — </w:t>
      </w:r>
      <w:r>
        <w:rPr>
          <w:rFonts w:ascii="Arial" w:hAnsi="Arial" w:cs="Arial"/>
          <w:b w:val="0"/>
          <w:i w:val="0"/>
          <w:sz w:val="20"/>
        </w:rPr>
        <w:t>A steep but shaded trail (about 45 min from Pristanište) leads to a fire watchtower at the top of Montokuc hill, with sweeping…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Pomena to Mali Most (Small Bridge): </w:t>
      </w:r>
      <w:r>
        <w:rPr>
          <w:rFonts w:ascii="Arial" w:hAnsi="Arial" w:cs="Arial"/>
          <w:b w:val="0"/>
          <w:i w:val="0"/>
          <w:sz w:val="20"/>
        </w:rPr>
        <w:t>1.5 km · 20 min · Easy · Flat paved path — Walk from the Pomena harbor through shaded pine forest along the shore of Malo Jezero to Mali Most…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Polače Village &amp; Roman Ruins Walk: </w:t>
      </w:r>
      <w:r>
        <w:rPr>
          <w:rFonts w:ascii="Arial" w:hAnsi="Arial" w:cs="Arial"/>
          <w:b w:val="0"/>
          <w:i w:val="0"/>
          <w:sz w:val="20"/>
        </w:rPr>
        <w:t>500 m · 15 min · Easy · Waterfront — From the Polače pier, walk the waterfront to explore the 5th-century Roman palace ruins, the early…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5:27AM–8:05PM · Jul 5:25AM–8:25PM · Sep 6:29AM–6:59PM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cruiseports.org/mljet-island-croatia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Mljet Island, Dalmatia, Croatia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ljet-island-croati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Odysseus Cave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Beach Ropa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Klačna luka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