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Miyazaki City, Miyazaki Prefecture, Japan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Miyazaki is Kyushu's sun-drenched coast — palm trees, prehistoric mythology, the world's only authorized Moai replicas, and Wagyu beef that regularly outranks Kobe.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(Aburatsu or Miyazaki Port) · 🕒 Typical call: 8-10 hrs · 💴 Currency: Japanese Yen (JPY) · 🗣️ Language: Japanese (minimal English outside city)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at Aburatsu Port (~45 km south) for large ships; Miyazaki Port for smaller vessels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Not walkable — taxi or train required from both ports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Shinto shrines, mythology, Nichinan Coast scenery, Wagyu beef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Aoshima Island's Devil's Washboard and Udo Shrine's oceanside cave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¥3,300–¥5,000+ per trip — Taxis wait at the pier. Fares to Obi Castle Town run ~¥3,300 and to Udo Jingu ~¥4,500; Miyazaki City center is further 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Go, DiDi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Aoshima Island &amp; Devil's Washboard — </w:t>
      </w:r>
      <w:r>
        <w:rPr>
          <w:rFonts w:ascii="Arial" w:hAnsi="Arial" w:cs="Arial"/>
          <w:b w:val="0"/>
          <w:i w:val="0"/>
          <w:sz w:val="20"/>
        </w:rPr>
        <w:t>A tiny subtropical island connected by footbridge, ringed by dramatic basalt washboard formations (Oni-no-Sentakuita) best seen…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Udo Shrine — Cave Shrine on the Pacific Cliffs — </w:t>
      </w:r>
      <w:r>
        <w:rPr>
          <w:rFonts w:ascii="Arial" w:hAnsi="Arial" w:cs="Arial"/>
          <w:b w:val="0"/>
          <w:i w:val="0"/>
          <w:sz w:val="20"/>
        </w:rPr>
        <w:t>One of Japan's most dramatic sacred sites: a vermilion shrine built inside a sea cave on the Nichinan Coast, dedicated to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Sun Messe Nichinan — The Moai Park — </w:t>
      </w:r>
      <w:r>
        <w:rPr>
          <w:rFonts w:ascii="Arial" w:hAnsi="Arial" w:cs="Arial"/>
          <w:b w:val="0"/>
          <w:i w:val="0"/>
          <w:sz w:val="20"/>
        </w:rPr>
        <w:t>The only place outside Easter Island with officially authorized Moai statue replicas — Japan sent a restoration team to Rapa Nui…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Obi Castle Town — Little Kyoto of Kyushu — </w:t>
      </w:r>
      <w:r>
        <w:rPr>
          <w:rFonts w:ascii="Arial" w:hAnsi="Arial" w:cs="Arial"/>
          <w:b w:val="0"/>
          <w:i w:val="0"/>
          <w:sz w:val="20"/>
        </w:rPr>
        <w:t>A beautifully preserved feudal castle town in Nichinan with samurai residences, moss-covered stone walls, and castle ruins.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Heiwadai Park &amp; Haniwa Garden — </w:t>
      </w:r>
      <w:r>
        <w:rPr>
          <w:rFonts w:ascii="Arial" w:hAnsi="Arial" w:cs="Arial"/>
          <w:b w:val="0"/>
          <w:i w:val="0"/>
          <w:sz w:val="20"/>
        </w:rPr>
        <w:t>A hilltop park in Miyazaki City with a 37-meter Peace Tower built from stones donated across Asia, plus over 400 replica haniwa…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Aoshima Island Loop: </w:t>
      </w:r>
      <w:r>
        <w:rPr>
          <w:rFonts w:ascii="Arial" w:hAnsi="Arial" w:cs="Arial"/>
          <w:b w:val="0"/>
          <w:i w:val="0"/>
          <w:sz w:val="20"/>
        </w:rPr>
        <w:t>1.5 km | 30 min | Easy | Free — Take a taxi from Aburatsu to Aoshima (~30 min).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Miyazaki City Shrine Walk: </w:t>
      </w:r>
      <w:r>
        <w:rPr>
          <w:rFonts w:ascii="Arial" w:hAnsi="Arial" w:cs="Arial"/>
          <w:b w:val="0"/>
          <w:i w:val="0"/>
          <w:sz w:val="20"/>
        </w:rPr>
        <w:t>2 km | 45 min | Easy | Free — From Miyazaki Port shuttle drop, walk through cedar forest to Miyazaki Shrine (dedicated to…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cruiseports.org/miyazaki-city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Miyazaki City, Miyazaki Prefecture, Japan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iyazaki-city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Miyazaki Jingu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Hitotsuba Inari Shrine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Miyazaki Seaside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Shimin-no-mori (Country Forest)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Aoshima Shrine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Hasugaikeshiseki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Oyodo River Study Center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English Cottage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