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Mindelo,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Cultural Capital of Cape Verde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Port · 🎨 Arts &amp; Music · 🇨🇻 Cape Verde · 🚶 Walkable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Cape Verdean Escudo (CVE)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Portuguese, Kriolu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Time Zone: </w:t>
      </w:r>
      <w:r>
        <w:rPr>
          <w:rFonts w:ascii="Arial" w:hAnsi="Arial" w:cs="Arial"/>
          <w:b w:val="0"/>
          <w:i w:val="0"/>
          <w:sz w:val="20"/>
        </w:rPr>
        <w:t>UTC-1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Vibe: </w:t>
      </w:r>
      <w:r>
        <w:rPr>
          <w:rFonts w:ascii="Arial" w:hAnsi="Arial" w:cs="Arial"/>
          <w:b w:val="0"/>
          <w:i w:val="0"/>
          <w:sz w:val="20"/>
        </w:rPr>
        <w:t>Cosmopolitan &amp; Artistic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~500 CVE (~€5) to city center — Taxis wait at the terminal exit. Fares are not metered — always agree on the price before you get in. Euros are widely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Music Walk — </w:t>
      </w:r>
      <w:r>
        <w:rPr>
          <w:rFonts w:ascii="Arial" w:hAnsi="Arial" w:cs="Arial"/>
          <w:b w:val="0"/>
          <w:i w:val="0"/>
          <w:sz w:val="20"/>
        </w:rPr>
        <w:t>Stroll colorful colonial streets and visit the Municipal Market.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Verde Hike — </w:t>
      </w:r>
      <w:r>
        <w:rPr>
          <w:rFonts w:ascii="Arial" w:hAnsi="Arial" w:cs="Arial"/>
          <w:b w:val="0"/>
          <w:i w:val="0"/>
          <w:sz w:val="20"/>
        </w:rPr>
        <w:t>Climb São Vicente's highest point for sweeping views over Mindelo Bay and the volcanic interior.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Baía das Gatas Beach — </w:t>
      </w:r>
      <w:r>
        <w:rPr>
          <w:rFonts w:ascii="Arial" w:hAnsi="Arial" w:cs="Arial"/>
          <w:b w:val="0"/>
          <w:i w:val="0"/>
          <w:sz w:val="20"/>
        </w:rPr>
        <w:t>Relax at the sheltered bay with natural rock pools, golden sand, and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Centro Cultural do Mindelo — </w:t>
      </w:r>
      <w:r>
        <w:rPr>
          <w:rFonts w:ascii="Arial" w:hAnsi="Arial" w:cs="Arial"/>
          <w:b w:val="0"/>
          <w:i w:val="0"/>
          <w:sz w:val="20"/>
        </w:rPr>
        <w:t>Discover Cape Verdean arts and heritage in this restored 19th-century customs house with exhibitions, performances, and a craft…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Walk: </w:t>
      </w:r>
      <w:r>
        <w:rPr>
          <w:rFonts w:ascii="Arial" w:hAnsi="Arial" w:cs="Arial"/>
          <w:b w:val="0"/>
          <w:i w:val="0"/>
          <w:sz w:val="20"/>
        </w:rPr>
        <w:t>Easy — A gentle stroll along the bay with views of ships and the city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Colonial Heart Exploration: </w:t>
      </w:r>
      <w:r>
        <w:rPr>
          <w:rFonts w:ascii="Arial" w:hAnsi="Arial" w:cs="Arial"/>
          <w:b w:val="0"/>
          <w:i w:val="0"/>
          <w:sz w:val="20"/>
        </w:rPr>
        <w:t>Moderate — Wander the colorful colonial-era streets around the main square and Rua de Lisboa.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Wander: </w:t>
      </w:r>
      <w:r>
        <w:rPr>
          <w:rFonts w:ascii="Arial" w:hAnsi="Arial" w:cs="Arial"/>
          <w:b w:val="0"/>
          <w:i w:val="0"/>
          <w:sz w:val="20"/>
        </w:rPr>
        <w:t>Easy — Browse the vibrant Municipal Market for fresh produce, fish, and local goods.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6:08AM–7:03PM · Jul 6:15AM–7:16PM · Sep 6:28AM–6:41PM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cruiseports.org/mindelo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Mindelo,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indel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Fortim do Rei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People's Palace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Belem Tower Replica | Museum of the Sea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Laginha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Mansa Floating Hub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Núcleo Museológico Cesária Évora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Zoom Zoom Mindelo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