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Milos Island, Cyclades,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Milos is the volcanic oddity of the Cyclades — white lunar rock formations tumbling into cobalt sea, hidden sea caves accessible only by boat, and a hilltop capital where the Venus de Milo was unearthed. It rewards curious cruisers who venture beyond the port.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(most ships) / Docked (small vessels) · 🕒 Typical call: 6–8 hrs · 💶 Euro (€) · 🗣️ Greek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Adamas pier; small ships may dock at 65 m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Tender drops in central Adamas — town is immediate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Boat tours, lunar beaches, volcanic scenery,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Sarakiniko Beach and a sea-cave boat tour to Kleftiko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€4–12 — Taxis from Adamas port: ~€4–6 within town, ~€10–12 to Plaka (5 min). Limited fleet — book ahead via WhatsApp in peak sea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Sarakiniko Beach — The Lunar Landscape — </w:t>
      </w:r>
      <w:r>
        <w:rPr>
          <w:rFonts w:ascii="Arial" w:hAnsi="Arial" w:cs="Arial"/>
          <w:b w:val="0"/>
          <w:i w:val="0"/>
          <w:sz w:val="20"/>
        </w:rPr>
        <w:t>Milos's signature sight: brilliant white volcanic rock sculpted into otherworldly ridges and pools overlooking deep-blue sea.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Full-Day Boat Tour — Kleftiko &amp; Sea Caves — </w:t>
      </w:r>
      <w:r>
        <w:rPr>
          <w:rFonts w:ascii="Arial" w:hAnsi="Arial" w:cs="Arial"/>
          <w:b w:val="0"/>
          <w:i w:val="0"/>
          <w:sz w:val="20"/>
        </w:rPr>
        <w:t>The essential Milos experience: sail to Kleftiko's dramatic white rock arches and crystal-clear sea caves on the southwest coast…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Plaka, Roman Theater &amp; Venus de Milo Site — </w:t>
      </w:r>
      <w:r>
        <w:rPr>
          <w:rFonts w:ascii="Arial" w:hAnsi="Arial" w:cs="Arial"/>
          <w:b w:val="0"/>
          <w:i w:val="0"/>
          <w:sz w:val="20"/>
        </w:rPr>
        <w:t>Ride the bus to Plaka's whitewashed hilltop capital and Kastro viewpoint, then descend to ancient Melos — the Roman theater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Early Christian Catacombs of Milos — </w:t>
      </w:r>
      <w:r>
        <w:rPr>
          <w:rFonts w:ascii="Arial" w:hAnsi="Arial" w:cs="Arial"/>
          <w:b w:val="0"/>
          <w:i w:val="0"/>
          <w:sz w:val="20"/>
        </w:rPr>
        <w:t>One of Greece's most important early Christian sites: an underground network of burial chambers carved into soft rock near…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Adamas on Foot — Milos Mining Museum — </w:t>
      </w:r>
      <w:r>
        <w:rPr>
          <w:rFonts w:ascii="Arial" w:hAnsi="Arial" w:cs="Arial"/>
          <w:b w:val="0"/>
          <w:i w:val="0"/>
          <w:sz w:val="20"/>
        </w:rPr>
        <w:t>Explore the compact port village on foot: the waterfront promenade, colourful fishing boats, and the Milos Mining Museum…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Adamas Waterfront Stroll: </w:t>
      </w:r>
      <w:r>
        <w:rPr>
          <w:rFonts w:ascii="Arial" w:hAnsi="Arial" w:cs="Arial"/>
          <w:b w:val="0"/>
          <w:i w:val="0"/>
          <w:sz w:val="20"/>
        </w:rPr>
        <w:t>1 km · Flat · 20 min — Walk the full length of the Adamas waterfront from the tender pier past harbour tavernas, the Milos…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Adamas to Plaka Hilltop: </w:t>
      </w:r>
      <w:r>
        <w:rPr>
          <w:rFonts w:ascii="Arial" w:hAnsi="Arial" w:cs="Arial"/>
          <w:b w:val="0"/>
          <w:i w:val="0"/>
          <w:sz w:val="20"/>
        </w:rPr>
        <w:t>5 km one-way · Moderate · Or take the bus — Follow the road northwest up to Plaka — the whitewashed hilltop capital — then continue to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6:15AM–8:22PM · Jul 6:15AM–8:40PM · Sep 7:04AM–7:29PM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cruiseports.org/milos-island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Milos Island, Cyclades,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ilos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Milos Mining Museum/Μεταλλευτικό Μουσείο Μήλου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Klima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Sarakiniko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Ancient Theater of Milos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Lagada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Σύρματα στο Κλήμα Μήλου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Donkey Farm Milos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Mandrakia beach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