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Milford Haven, Pembrokeshire, Wales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world's deepest natural harbours, Milford Haven is your gateway to Britain's only coastal National Park — wild clifftops, medieval walled towns, and a quirky American-Quaker founding story.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7-9 hrs · 💷 GBP (cards widely accepted) · 🗣️ English &amp; Welsh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Mackerel Stage pontoon, Milford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Steps away from marina; 10-15 min uphill to town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castles, coastal walks, wildlife, Tenby day trip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Pembroke Castle or a day trip to Tenby's walled harbour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Quote on request — Local firms include Milford Haven Sea Port Taxis and ATX Taxis (01646 288741). The town centre is very close to the 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Pembroke Castle — </w:t>
      </w:r>
      <w:r>
        <w:rPr>
          <w:rFonts w:ascii="Arial" w:hAnsi="Arial" w:cs="Arial"/>
          <w:b w:val="0"/>
          <w:i w:val="0"/>
          <w:sz w:val="20"/>
        </w:rPr>
        <w:t>Birthplace of King Henry VII and one of Wales' greatest medieval fortresses, with a massive circular Norman keep and the vast…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Tenby Walled Town &amp; Harbour — </w:t>
      </w:r>
      <w:r>
        <w:rPr>
          <w:rFonts w:ascii="Arial" w:hAnsi="Arial" w:cs="Arial"/>
          <w:b w:val="0"/>
          <w:i w:val="0"/>
          <w:sz w:val="20"/>
        </w:rPr>
        <w:t>Pastel-painted Georgian houses inside 13th-century walls, a working harbour, golden beaches, and boat trips to Caldey Island…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 Davids Cathedral &amp; Bishop's Palace — </w:t>
      </w:r>
      <w:r>
        <w:rPr>
          <w:rFonts w:ascii="Arial" w:hAnsi="Arial" w:cs="Arial"/>
          <w:b w:val="0"/>
          <w:i w:val="0"/>
          <w:sz w:val="20"/>
        </w:rPr>
        <w:t>The UK's smallest city hides a stunning 12th-century cathedral and the atmospheric ruins of the Bishop's Palace.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Skomer Island Puffins — </w:t>
      </w:r>
      <w:r>
        <w:rPr>
          <w:rFonts w:ascii="Arial" w:hAnsi="Arial" w:cs="Arial"/>
          <w:b w:val="0"/>
          <w:i w:val="0"/>
          <w:sz w:val="20"/>
        </w:rPr>
        <w:t>Britain's most accessible puffin colony — boat trips from Martin's Haven (near Marloes) put you within metres of Atlantic…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Pembrokeshire Coast Path — </w:t>
      </w:r>
      <w:r>
        <w:rPr>
          <w:rFonts w:ascii="Arial" w:hAnsi="Arial" w:cs="Arial"/>
          <w:b w:val="0"/>
          <w:i w:val="0"/>
          <w:sz w:val="20"/>
        </w:rPr>
        <w:t>Join the 186-mile national trail straight from the marina.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Milford Waterfront &amp; Marina Stroll: </w:t>
      </w:r>
      <w:r>
        <w:rPr>
          <w:rFonts w:ascii="Arial" w:hAnsi="Arial" w:cs="Arial"/>
          <w:b w:val="0"/>
          <w:i w:val="0"/>
          <w:sz w:val="20"/>
        </w:rPr>
        <w:t>30-45 min · Flat · Free — From the Mackerel Stage pontoon, walk the length of the waterfront past boutique shops, Foam café…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Rath Park &amp; Harbour Views: </w:t>
      </w:r>
      <w:r>
        <w:rPr>
          <w:rFonts w:ascii="Arial" w:hAnsi="Arial" w:cs="Arial"/>
          <w:b w:val="0"/>
          <w:i w:val="0"/>
          <w:sz w:val="20"/>
        </w:rPr>
        <w:t>45-60 min · Moderate (uphill) · Free — Head uphill from the marina to The Rath, a grassy elevated park with war memorials and panoramic…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5:27AM–9:06PM · Jul 5:20AM–9:31PM · Sep 6:55AM–7:34PM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cruiseports.org/milford-haven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Milford Haven, Pembrokeshire, Wales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lford-hav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Govans Head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Carew Tidal Mill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Haverfordwest Town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Pembroke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Cauldron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Carew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Trust - Stackpole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