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Milazzo, Sicily,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narrow peninsula jutting into the Tyrrhenian Sea, Milazzo punches well above its size — a colossal hilltop castle, pristine volcanic-tinged waters, and a hydrofoil ride to UNESCO Aeolian Islands just 45 minutes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💶 Currency: Euro (€) · 🗣️ Language: Italian · 🏝️ Aeolian Islands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Banchina XX Luglio or Luigi Rizzo, steps from the seafront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flat to Piazza Caio Duilio; 20 min (steep final stretch) to the Castle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beach lovers, and cruisers wanting a DIY Aeolian Islands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Castello di Milazzo — one of Europe's largest fortified citadels, with Aeolian Islands panoramas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€13–€16 — Taxis wait at the port and can take you to Milazzo city center or train station in about 5–10 minutes. Fixed-rate privat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 Black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Castello di Milazzo &amp; Borgo Antico — </w:t>
      </w:r>
      <w:r>
        <w:rPr>
          <w:rFonts w:ascii="Arial" w:hAnsi="Arial" w:cs="Arial"/>
          <w:b w:val="0"/>
          <w:i w:val="0"/>
          <w:sz w:val="20"/>
        </w:rPr>
        <w:t>One of Europe's largest fortified citadels spans the hilltop above town — built by Normans, Aragonese, and Spanish over centuries.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DIY Vulcano Island Day Trip — </w:t>
      </w:r>
      <w:r>
        <w:rPr>
          <w:rFonts w:ascii="Arial" w:hAnsi="Arial" w:cs="Arial"/>
          <w:b w:val="0"/>
          <w:i w:val="0"/>
          <w:sz w:val="20"/>
        </w:rPr>
        <w:t>Take a Liberty Lines hydrofoil to Vulcano (45 min), the closest Aeolian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Piscina di Venere &amp; Capo Milazzo — </w:t>
      </w:r>
      <w:r>
        <w:rPr>
          <w:rFonts w:ascii="Arial" w:hAnsi="Arial" w:cs="Arial"/>
          <w:b w:val="0"/>
          <w:i w:val="0"/>
          <w:sz w:val="20"/>
        </w:rPr>
        <w:t>At the tip of the Milazzo peninsula, a natural volcanic-rock pool shelters a jade-green swimming cove.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Spiaggia di Ponente Beach — </w:t>
      </w:r>
      <w:r>
        <w:rPr>
          <w:rFonts w:ascii="Arial" w:hAnsi="Arial" w:cs="Arial"/>
          <w:b w:val="0"/>
          <w:i w:val="0"/>
          <w:sz w:val="20"/>
        </w:rPr>
        <w:t>Milazzo's main beach stretches along the peninsula's western flank with views of the Aeolian Islands.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Sicilian Street Food &amp; Market Walk — </w:t>
      </w:r>
      <w:r>
        <w:rPr>
          <w:rFonts w:ascii="Arial" w:hAnsi="Arial" w:cs="Arial"/>
          <w:b w:val="0"/>
          <w:i w:val="0"/>
          <w:sz w:val="20"/>
        </w:rPr>
        <w:t>Milazzo's town center rewards a food-focused stroll.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Lungomare to Borgo Antico &amp; Castle: </w:t>
      </w:r>
      <w:r>
        <w:rPr>
          <w:rFonts w:ascii="Arial" w:hAnsi="Arial" w:cs="Arial"/>
          <w:b w:val="0"/>
          <w:i w:val="0"/>
          <w:sz w:val="20"/>
        </w:rPr>
        <w:t>3 km · ~1.5 hrs · Moderate (uphill finish) — Follow the palm-lined Lungomare Garibaldi from the pier into the town center, then wind uphill…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Ponente Beach: </w:t>
      </w:r>
      <w:r>
        <w:rPr>
          <w:rFonts w:ascii="Arial" w:hAnsi="Arial" w:cs="Arial"/>
          <w:b w:val="0"/>
          <w:i w:val="0"/>
          <w:sz w:val="20"/>
        </w:rPr>
        <w:t>1.5 km · ~20 min · Easy (flat) — A short, entirely flat walk from the harbor across the narrow neck of the peninsula to Milazzo's…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5:48AM–8:02PM · Jul 5:48AM–8:21PM · Sep 6:41AM–7:06PM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cruiseports.org/milazzo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Milazzo, Sicily,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lazz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Lighthouse of Cape Milazzo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Oratorio Salesiani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NAVISAL srl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S. Giacomo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Castello di Milazzo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Porto di Milazzo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Urbano Giuseppe La Rosa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D'Amico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