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Midway Atoll, North Pacific,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haunting, beautiful atoll at the edge of the world — home to a million albatrosses, Hawaiian monk seals, and the ghosts of one of history's most decisive naval battles. Most cruise lines pass in scenic mode; landing permits are rare and special.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Scenic cruising (no regular shore access) · 🕒 Typical call: scenic pass or anchor day · 💵 USD (no commercial operations ashore) · 🗣️ English · 🦅 World's largest albatross colony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Scenic cruising only for most ships; historic expedition landings by tender into Sand Island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history, birdwatching, wildlife photography, bucket-list remote destinations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Over 1 million Laysan albatrosses nesting on Sand Island (Nov–Jul)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Key Rule: </w:t>
      </w:r>
      <w:r>
        <w:rPr>
          <w:rFonts w:ascii="Arial" w:hAnsi="Arial" w:cs="Arial"/>
          <w:b w:val="0"/>
          <w:i w:val="0"/>
          <w:sz w:val="20"/>
        </w:rPr>
        <w:t>Atoll closed to public tourism; USFWS permit required for any shore visit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Laysan Albatross Colony Walk — </w:t>
      </w:r>
      <w:r>
        <w:rPr>
          <w:rFonts w:ascii="Arial" w:hAnsi="Arial" w:cs="Arial"/>
          <w:b w:val="0"/>
          <w:i w:val="0"/>
          <w:sz w:val="20"/>
        </w:rPr>
        <w:t>Sand Island hosts the world's largest Laysan albatross colony — over a million birds nesting literally alongside the paths.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Battle of Midway Memorial Sites — </w:t>
      </w:r>
      <w:r>
        <w:rPr>
          <w:rFonts w:ascii="Arial" w:hAnsi="Arial" w:cs="Arial"/>
          <w:b w:val="0"/>
          <w:i w:val="0"/>
          <w:sz w:val="20"/>
        </w:rPr>
        <w:t>Visit WWII pillboxes, gun emplacements, the historic hangar with shrapnel holes from the 1942 Japanese air raid, and the Battle…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Hawaiian Monk Seal &amp; Sea Turtle Watch — </w:t>
      </w:r>
      <w:r>
        <w:rPr>
          <w:rFonts w:ascii="Arial" w:hAnsi="Arial" w:cs="Arial"/>
          <w:b w:val="0"/>
          <w:i w:val="0"/>
          <w:sz w:val="20"/>
        </w:rPr>
        <w:t>Critically endangered Hawaiian monk seals haul out on Midway's pristine white-sand beaches, and green sea turtles swim in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Scenic Deck Cruising — </w:t>
      </w:r>
      <w:r>
        <w:rPr>
          <w:rFonts w:ascii="Arial" w:hAnsi="Arial" w:cs="Arial"/>
          <w:b w:val="0"/>
          <w:i w:val="0"/>
          <w:sz w:val="20"/>
        </w:rPr>
        <w:t>For ships that pass without landing, onboard naturalists narrate the atoll's wildlife and WWII history as albatrosses soar…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 Island Albatross Loop: </w:t>
      </w:r>
      <w:r>
        <w:rPr>
          <w:rFonts w:ascii="Arial" w:hAnsi="Arial" w:cs="Arial"/>
          <w:b w:val="0"/>
          <w:i w:val="0"/>
          <w:sz w:val="20"/>
        </w:rPr>
        <w:t>~2 miles / Easy / Flat roads &amp; paths — A loop around Sand Island's roads and paths takes you through the albatross colony, past WWII…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cruiseports.org/midway-island-usa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