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Methoni, Peloponnese,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Venetian fortress at the edge of the ancient world. Methoni's sea-girt castle, octagonal Bourtzi tower, and uncrowded beaches make it the Peloponnese's best-kept cruise secret.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cruise pier) · 🕒 Typical call: 6-8 hrs · 💶 Currency: Euro · 🗣️ Language: Greek (English widely spoken) · 🏰 History-rich destination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offshore; small boats ferry passengers to the village harbour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Castle: </w:t>
      </w:r>
      <w:r>
        <w:rPr>
          <w:rFonts w:ascii="Arial" w:hAnsi="Arial" w:cs="Arial"/>
          <w:b w:val="0"/>
          <w:i w:val="0"/>
          <w:sz w:val="20"/>
        </w:rPr>
        <w:t>~5 min from the harbour landing to the castle entrance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history, unspoiled beaches, authentic Greek village life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Methoni Castle and the Bourtzi octagonal tower on its sea islet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€8–€15 — Taxis run from the port to the town center in about 5 minutes. Only 3–4 taxis operate in town, so pre-arranging is advis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Methoni Castle &amp; Bourtzi Tower — </w:t>
      </w:r>
      <w:r>
        <w:rPr>
          <w:rFonts w:ascii="Arial" w:hAnsi="Arial" w:cs="Arial"/>
          <w:b w:val="0"/>
          <w:i w:val="0"/>
          <w:sz w:val="20"/>
        </w:rPr>
        <w:t>Explore one of Europe's best-preserved Venetian coastal fortresses.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Voidokilia Beach Day Trip — </w:t>
      </w:r>
      <w:r>
        <w:rPr>
          <w:rFonts w:ascii="Arial" w:hAnsi="Arial" w:cs="Arial"/>
          <w:b w:val="0"/>
          <w:i w:val="0"/>
          <w:sz w:val="20"/>
        </w:rPr>
        <w:t>Often called Greece's most beautiful beach, Voidokilia is a perfect semicircle of golden sand enclosing a turquoise lagoon where…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Pylos &amp; Niokastro Fortress — </w:t>
      </w:r>
      <w:r>
        <w:rPr>
          <w:rFonts w:ascii="Arial" w:hAnsi="Arial" w:cs="Arial"/>
          <w:b w:val="0"/>
          <w:i w:val="0"/>
          <w:sz w:val="20"/>
        </w:rPr>
        <w:t>The charming town of Pylos sits 10 km north of Methoni around a sweeping natural harbour.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Methoni Beach &amp; Seafood Lunch — </w:t>
      </w:r>
      <w:r>
        <w:rPr>
          <w:rFonts w:ascii="Arial" w:hAnsi="Arial" w:cs="Arial"/>
          <w:b w:val="0"/>
          <w:i w:val="0"/>
          <w:sz w:val="20"/>
        </w:rPr>
        <w:t>Methoni's own 2-km sandy beach is just a short walk from the village, with calm clear water backed by pine trees.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Koroni Village &amp; Castle — </w:t>
      </w:r>
      <w:r>
        <w:rPr>
          <w:rFonts w:ascii="Arial" w:hAnsi="Arial" w:cs="Arial"/>
          <w:b w:val="0"/>
          <w:i w:val="0"/>
          <w:sz w:val="20"/>
        </w:rPr>
        <w:t>Methoni's twin Venetian fortress town, Koroni sits about 28 km to the north-east on the next peninsula.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to Castle Loop: </w:t>
      </w:r>
      <w:r>
        <w:rPr>
          <w:rFonts w:ascii="Arial" w:hAnsi="Arial" w:cs="Arial"/>
          <w:b w:val="0"/>
          <w:i w:val="0"/>
          <w:sz w:val="20"/>
        </w:rPr>
        <w:t>1.5 km | 30–60 min | Easy (flat, then uneven cobble inside castle) — From the fishing quay walk south along the waterfront to the castle entrance, cross the 14-arch…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Square &amp; Beach Stroll: </w:t>
      </w:r>
      <w:r>
        <w:rPr>
          <w:rFonts w:ascii="Arial" w:hAnsi="Arial" w:cs="Arial"/>
          <w:b w:val="0"/>
          <w:i w:val="0"/>
          <w:sz w:val="20"/>
        </w:rPr>
        <w:t>2 km one-way | 25 min | Very easy (flat) — Wander through the village square past traditional tile-roofed houses and tavernas, then continue…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6:25AM–8:33PM · Jul 6:26AM–8:51PM · Sep 7:15AM–7:40PM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cruiseports.org/methoni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Methoni, Peloponnese,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ethon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Bourtzi of Methoni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Παραλία Μαυροβούνι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Pylos Central Square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