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Messina,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Sicily, Messina docks you in the heart of the city — the cathedral's giant astronomical clock performs at noon, and Taormina and Etna are an hour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💶 Currency: Euro (€)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All ships dock at Molo Marconi / Terminal Crociere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~500 m, 5-10 min to Piazza del Duomo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Day trips to Taormina, Mount Etna, and Godfather villages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Duomo astronomical clock show at noon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€8–12 — Official taxis are available at the port exit. Short ride to city center or Messina Centrale train station (~2 km). Fixe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Messina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Taormina &amp; the Greek Theatre — </w:t>
      </w:r>
      <w:r>
        <w:rPr>
          <w:rFonts w:ascii="Arial" w:hAnsi="Arial" w:cs="Arial"/>
          <w:b w:val="0"/>
          <w:i w:val="0"/>
          <w:sz w:val="20"/>
        </w:rPr>
        <w:t>Sicily's most photogenic hilltop town sits about 50 km south, its ancient Greek-Roman theatre framing a postcard view of Etna.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Etna Craters — </w:t>
      </w:r>
      <w:r>
        <w:rPr>
          <w:rFonts w:ascii="Arial" w:hAnsi="Arial" w:cs="Arial"/>
          <w:b w:val="0"/>
          <w:i w:val="0"/>
          <w:sz w:val="20"/>
        </w:rPr>
        <w:t>Europe's tallest active volcano dominates the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Godfather Villages — Savoca &amp; Forza d'Agrò — </w:t>
      </w:r>
      <w:r>
        <w:rPr>
          <w:rFonts w:ascii="Arial" w:hAnsi="Arial" w:cs="Arial"/>
          <w:b w:val="0"/>
          <w:i w:val="0"/>
          <w:sz w:val="20"/>
        </w:rPr>
        <w:t>The Bar Vitelli in Savoca and the hilltop streets of Forza d'Agrò stood in for Corleone in Francis Ford Coppola's trilogy.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Duomo &amp; Astronomical Clock — </w:t>
      </w:r>
      <w:r>
        <w:rPr>
          <w:rFonts w:ascii="Arial" w:hAnsi="Arial" w:cs="Arial"/>
          <w:b w:val="0"/>
          <w:i w:val="0"/>
          <w:sz w:val="20"/>
        </w:rPr>
        <w:t>Messina's rebuilt Norman cathedral houses one of the world's largest and most complex mechanical clocks.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Alcantara Gorges — </w:t>
      </w:r>
      <w:r>
        <w:rPr>
          <w:rFonts w:ascii="Arial" w:hAnsi="Arial" w:cs="Arial"/>
          <w:b w:val="0"/>
          <w:i w:val="0"/>
          <w:sz w:val="20"/>
        </w:rPr>
        <w:t>The Gole dell'Alcantara cut through lava rock to form a dramatic canyon you can wade through in summer.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&amp; Waterfront Loop: </w:t>
      </w:r>
      <w:r>
        <w:rPr>
          <w:rFonts w:ascii="Arial" w:hAnsi="Arial" w:cs="Arial"/>
          <w:b w:val="0"/>
          <w:i w:val="0"/>
          <w:sz w:val="20"/>
        </w:rPr>
        <w:t>1.5 km • ~45 min • Easy — Walk inland from the port along Via I Settembre to Piazza del Duomo for the cathedral and Orion…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&amp; Architecture Walk: </w:t>
      </w:r>
      <w:r>
        <w:rPr>
          <w:rFonts w:ascii="Arial" w:hAnsi="Arial" w:cs="Arial"/>
          <w:b w:val="0"/>
          <w:i w:val="0"/>
          <w:sz w:val="20"/>
        </w:rPr>
        <w:t>2 km • ~1 hr • Easy — From the Duomo head north-west to the Church of Santissima Annunziata dei Catalani (a rare Norman…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5:47AM–8:01PM · Jul 5:47AM–8:20PM · Sep 6:39AM–7:05PM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cruiseports.org/messina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Messina,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ssi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del Monte di Pietà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 Camillo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Regionale Interdisciplinare di Messina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of Saint Francis of Paola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Nazionale di Reggio Calabria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Tempio di Cristo 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Forte Gonzaga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Stele della Madonna della Lettera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